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FB9D" w14:textId="77777777" w:rsidR="00623C5B" w:rsidRDefault="00FD7DB5">
      <w:pPr>
        <w:widowControl w:val="0"/>
        <w:spacing w:before="64" w:line="258" w:lineRule="exact"/>
        <w:ind w:left="2103"/>
      </w:pPr>
      <w:r>
        <w:rPr>
          <w:b/>
          <w:color w:val="000000"/>
        </w:rPr>
        <w:t xml:space="preserve">Muster </w:t>
      </w:r>
      <w:proofErr w:type="spellStart"/>
      <w:r>
        <w:rPr>
          <w:b/>
          <w:color w:val="000000"/>
        </w:rPr>
        <w:t>eines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Ausbildungsvertrages</w:t>
      </w:r>
      <w:proofErr w:type="spellEnd"/>
      <w:r>
        <w:rPr>
          <w:b/>
          <w:color w:val="000000"/>
        </w:rPr>
        <w:t xml:space="preserve"> für Verwaltungsfachangestellte  </w:t>
      </w:r>
    </w:p>
    <w:p w14:paraId="3937866F" w14:textId="77777777" w:rsidR="00623C5B" w:rsidRDefault="00FD7DB5">
      <w:pPr>
        <w:widowControl w:val="0"/>
        <w:spacing w:before="18" w:line="258" w:lineRule="exact"/>
        <w:ind w:left="3771"/>
      </w:pPr>
      <w:r>
        <w:rPr>
          <w:b/>
          <w:color w:val="000000"/>
        </w:rPr>
        <w:t xml:space="preserve">mit Tarifbindung im Bereich des TVöD </w:t>
      </w:r>
    </w:p>
    <w:p w14:paraId="222D2658" w14:textId="77777777" w:rsidR="00623C5B" w:rsidRDefault="00FD7DB5">
      <w:pPr>
        <w:widowControl w:val="0"/>
        <w:spacing w:before="202" w:line="237" w:lineRule="exact"/>
        <w:ind w:left="3084"/>
      </w:pPr>
      <w:r>
        <w:rPr>
          <w:b/>
          <w:color w:val="538135"/>
          <w:sz w:val="22"/>
        </w:rPr>
        <w:t xml:space="preserve">(optionale Textstellen sind in Schriftfarbe Grün notiert) </w:t>
      </w:r>
    </w:p>
    <w:p w14:paraId="3924C587" w14:textId="77777777" w:rsidR="00623C5B" w:rsidRDefault="00FD7DB5">
      <w:pPr>
        <w:widowControl w:val="0"/>
        <w:spacing w:before="285" w:line="302" w:lineRule="exact"/>
        <w:ind w:left="4631"/>
      </w:pPr>
      <w:r>
        <w:rPr>
          <w:b/>
          <w:color w:val="000000"/>
          <w:sz w:val="28"/>
        </w:rPr>
        <w:t xml:space="preserve">Ausbildungsvertrag </w:t>
      </w:r>
    </w:p>
    <w:p w14:paraId="267A233C" w14:textId="77777777" w:rsidR="00CA2154" w:rsidRDefault="00CA2154" w:rsidP="00CA2154">
      <w:pPr>
        <w:widowControl w:val="0"/>
        <w:spacing w:line="480" w:lineRule="auto"/>
        <w:ind w:left="1416"/>
        <w:rPr>
          <w:color w:val="000000"/>
        </w:rPr>
      </w:pPr>
    </w:p>
    <w:p w14:paraId="52BA916D" w14:textId="6746E989" w:rsidR="00623C5B" w:rsidRDefault="00FD7DB5" w:rsidP="00CA2154">
      <w:pPr>
        <w:widowControl w:val="0"/>
        <w:spacing w:line="480" w:lineRule="auto"/>
        <w:ind w:left="1416"/>
      </w:pPr>
      <w:proofErr w:type="spellStart"/>
      <w:r>
        <w:rPr>
          <w:color w:val="000000"/>
        </w:rPr>
        <w:t>zwischen</w:t>
      </w:r>
      <w:proofErr w:type="spellEnd"/>
      <w:r>
        <w:rPr>
          <w:color w:val="000000"/>
        </w:rPr>
        <w:t xml:space="preserve"> </w:t>
      </w:r>
    </w:p>
    <w:p w14:paraId="5A69E414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 xml:space="preserve">___________________________________________________________________ </w:t>
      </w:r>
    </w:p>
    <w:p w14:paraId="2B5FB92B" w14:textId="136EDEA3" w:rsidR="00623C5B" w:rsidRDefault="00FD7DB5" w:rsidP="00CA2154">
      <w:pPr>
        <w:widowControl w:val="0"/>
        <w:spacing w:line="480" w:lineRule="auto"/>
        <w:ind w:left="1416"/>
      </w:pPr>
      <w:proofErr w:type="spellStart"/>
      <w:r>
        <w:rPr>
          <w:color w:val="000000"/>
        </w:rPr>
        <w:t>vertreten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durch</w:t>
      </w:r>
      <w:proofErr w:type="spellEnd"/>
      <w:r>
        <w:rPr>
          <w:color w:val="000000"/>
        </w:rPr>
        <w:t xml:space="preserve"> _______________________________________________________</w:t>
      </w:r>
    </w:p>
    <w:p w14:paraId="124F81A9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 xml:space="preserve">Anschrift: ___________________________________________________________ </w:t>
      </w:r>
    </w:p>
    <w:p w14:paraId="0F2DFE79" w14:textId="77777777" w:rsidR="00623C5B" w:rsidRDefault="00FD7DB5" w:rsidP="00CA2154">
      <w:pPr>
        <w:widowControl w:val="0"/>
        <w:spacing w:line="480" w:lineRule="auto"/>
        <w:ind w:left="8329"/>
      </w:pPr>
      <w:r>
        <w:rPr>
          <w:b/>
          <w:color w:val="000000"/>
        </w:rPr>
        <w:t xml:space="preserve">(als Ausbildende/r) </w:t>
      </w:r>
    </w:p>
    <w:p w14:paraId="728825C5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 xml:space="preserve">und </w:t>
      </w:r>
    </w:p>
    <w:p w14:paraId="29FAEB98" w14:textId="77777777" w:rsidR="00CA2154" w:rsidRDefault="00CA2154" w:rsidP="00CA2154">
      <w:pPr>
        <w:widowControl w:val="0"/>
        <w:spacing w:line="480" w:lineRule="auto"/>
        <w:ind w:left="1416"/>
        <w:rPr>
          <w:color w:val="000000"/>
        </w:rPr>
      </w:pPr>
    </w:p>
    <w:p w14:paraId="6C1DF126" w14:textId="36A66EF1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>(Frau/</w:t>
      </w:r>
      <w:proofErr w:type="spellStart"/>
      <w:r>
        <w:rPr>
          <w:color w:val="000000"/>
        </w:rPr>
        <w:t>Herrn</w:t>
      </w:r>
      <w:proofErr w:type="spellEnd"/>
      <w:r>
        <w:rPr>
          <w:color w:val="000000"/>
        </w:rPr>
        <w:t xml:space="preserve">) _________________________________________________________ </w:t>
      </w:r>
    </w:p>
    <w:p w14:paraId="53B91EF0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 xml:space="preserve">wohnhaft in:__________________________________________________________ </w:t>
      </w:r>
    </w:p>
    <w:p w14:paraId="7FE4B8D2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 xml:space="preserve">geboren am: _________________________________________________________ </w:t>
      </w:r>
    </w:p>
    <w:p w14:paraId="0493561D" w14:textId="77777777" w:rsidR="00623C5B" w:rsidRDefault="00FD7DB5" w:rsidP="00CA2154">
      <w:pPr>
        <w:widowControl w:val="0"/>
        <w:spacing w:line="480" w:lineRule="auto"/>
        <w:ind w:left="8063"/>
      </w:pPr>
      <w:r>
        <w:rPr>
          <w:b/>
          <w:color w:val="000000"/>
        </w:rPr>
        <w:t xml:space="preserve">(als Auszubildende/r) </w:t>
      </w:r>
    </w:p>
    <w:p w14:paraId="235B59E6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>wird unter Zustimmung der/des gesetzlichen Vertreterin/-s</w:t>
      </w:r>
      <w:r>
        <w:rPr>
          <w:color w:val="FF0000"/>
          <w:sz w:val="16"/>
        </w:rPr>
        <w:t>1</w:t>
      </w:r>
      <w:r>
        <w:rPr>
          <w:color w:val="000000"/>
        </w:rPr>
        <w:t xml:space="preserve">, </w:t>
      </w:r>
    </w:p>
    <w:p w14:paraId="481DD703" w14:textId="77777777" w:rsidR="00CA2154" w:rsidRDefault="00CA2154" w:rsidP="00CA2154">
      <w:pPr>
        <w:widowControl w:val="0"/>
        <w:tabs>
          <w:tab w:val="left" w:pos="1787"/>
        </w:tabs>
        <w:spacing w:line="480" w:lineRule="auto"/>
        <w:ind w:left="1416"/>
        <w:rPr>
          <w:color w:val="000000"/>
        </w:rPr>
      </w:pPr>
    </w:p>
    <w:p w14:paraId="02948B59" w14:textId="1A2CEA1B" w:rsidR="00623C5B" w:rsidRDefault="00FD7DB5" w:rsidP="00CA2154">
      <w:pPr>
        <w:widowControl w:val="0"/>
        <w:tabs>
          <w:tab w:val="left" w:pos="1787"/>
        </w:tabs>
        <w:spacing w:line="480" w:lineRule="auto"/>
        <w:ind w:left="1416"/>
      </w:pPr>
      <w:r>
        <w:rPr>
          <w:color w:val="000000"/>
        </w:rPr>
        <w:t>(Frau/</w:t>
      </w:r>
      <w:proofErr w:type="spellStart"/>
      <w:r>
        <w:rPr>
          <w:color w:val="000000"/>
        </w:rPr>
        <w:t>Herrn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t xml:space="preserve">______________________________________________________ </w:t>
      </w:r>
    </w:p>
    <w:p w14:paraId="17B2910D" w14:textId="68358A8B" w:rsidR="00623C5B" w:rsidRDefault="00FD7DB5" w:rsidP="00CA2154">
      <w:pPr>
        <w:widowControl w:val="0"/>
        <w:tabs>
          <w:tab w:val="left" w:pos="1296"/>
          <w:tab w:val="left" w:pos="1430"/>
          <w:tab w:val="left" w:pos="1828"/>
        </w:tabs>
        <w:spacing w:line="480" w:lineRule="auto"/>
        <w:ind w:left="1416"/>
      </w:pPr>
      <w:proofErr w:type="spellStart"/>
      <w:r>
        <w:rPr>
          <w:color w:val="000000"/>
        </w:rPr>
        <w:t>wohnhaft</w:t>
      </w:r>
      <w:proofErr w:type="spellEnd"/>
      <w:r>
        <w:rPr>
          <w:color w:val="000000"/>
        </w:rPr>
        <w:t xml:space="preserve"> in </w:t>
      </w:r>
      <w:r w:rsidR="00CA2154">
        <w:t xml:space="preserve"> </w:t>
      </w:r>
      <w:r>
        <w:rPr>
          <w:color w:val="000000"/>
        </w:rPr>
        <w:t xml:space="preserve">______________________________________________________ </w:t>
      </w:r>
    </w:p>
    <w:p w14:paraId="387370A6" w14:textId="34F2B2D9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>(Frau/</w:t>
      </w:r>
      <w:proofErr w:type="spellStart"/>
      <w:r>
        <w:rPr>
          <w:color w:val="000000"/>
        </w:rPr>
        <w:t>Herrn</w:t>
      </w:r>
      <w:proofErr w:type="spellEnd"/>
      <w:r>
        <w:rPr>
          <w:color w:val="000000"/>
        </w:rPr>
        <w:t>) ______________________________________________________</w:t>
      </w:r>
    </w:p>
    <w:p w14:paraId="3FB56161" w14:textId="5572DC02" w:rsidR="00623C5B" w:rsidRDefault="00FD7DB5" w:rsidP="00CA2154">
      <w:pPr>
        <w:widowControl w:val="0"/>
        <w:spacing w:line="480" w:lineRule="auto"/>
        <w:ind w:left="1416"/>
      </w:pPr>
      <w:proofErr w:type="spellStart"/>
      <w:r>
        <w:rPr>
          <w:color w:val="000000"/>
        </w:rPr>
        <w:t>wohnhaft</w:t>
      </w:r>
      <w:proofErr w:type="spellEnd"/>
      <w:r>
        <w:rPr>
          <w:color w:val="000000"/>
        </w:rPr>
        <w:t xml:space="preserve"> in _______________________________________________________</w:t>
      </w:r>
    </w:p>
    <w:p w14:paraId="2C658E3F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>vorbehaltlich nachstehender Bedingung/-en</w:t>
      </w:r>
      <w:r>
        <w:rPr>
          <w:color w:val="FF0000"/>
          <w:sz w:val="16"/>
        </w:rPr>
        <w:t>2</w:t>
      </w:r>
      <w:r>
        <w:rPr>
          <w:color w:val="000000"/>
        </w:rPr>
        <w:t xml:space="preserve">:  </w:t>
      </w:r>
    </w:p>
    <w:p w14:paraId="4F0ECFB7" w14:textId="6A689BC3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>________________________________________________________________</w:t>
      </w:r>
    </w:p>
    <w:p w14:paraId="06438E9A" w14:textId="58665F73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>________________________________________________________________</w:t>
      </w:r>
      <w:r w:rsidR="00CA2154">
        <w:rPr>
          <w:color w:val="000000"/>
        </w:rPr>
        <w:t xml:space="preserve"> </w:t>
      </w:r>
    </w:p>
    <w:p w14:paraId="68C26BBB" w14:textId="77777777" w:rsidR="00623C5B" w:rsidRDefault="00FD7DB5" w:rsidP="00CA2154">
      <w:pPr>
        <w:widowControl w:val="0"/>
        <w:spacing w:line="480" w:lineRule="auto"/>
        <w:ind w:left="1416"/>
      </w:pPr>
      <w:r>
        <w:rPr>
          <w:color w:val="000000"/>
        </w:rPr>
        <w:t xml:space="preserve">folgender Ausbildungsvertrag geschlossen: </w:t>
      </w:r>
    </w:p>
    <w:p w14:paraId="05ABD135" w14:textId="77777777" w:rsidR="00623C5B" w:rsidRDefault="00FD7DB5">
      <w:r>
        <w:br w:type="page"/>
      </w:r>
    </w:p>
    <w:p w14:paraId="2B85A3CA" w14:textId="77777777" w:rsidR="00623C5B" w:rsidRDefault="00FD7DB5">
      <w:pPr>
        <w:widowControl w:val="0"/>
        <w:spacing w:before="356" w:line="258" w:lineRule="exact"/>
        <w:ind w:left="3262"/>
      </w:pPr>
      <w:r>
        <w:rPr>
          <w:b/>
          <w:color w:val="000000"/>
        </w:rPr>
        <w:t xml:space="preserve">§ 1 Ausbildungsziel und Ausbildungsordnung </w:t>
      </w:r>
    </w:p>
    <w:p w14:paraId="40E94570" w14:textId="77777777" w:rsidR="00623C5B" w:rsidRDefault="00FD7DB5">
      <w:pPr>
        <w:widowControl w:val="0"/>
        <w:spacing w:before="298" w:line="258" w:lineRule="exact"/>
        <w:ind w:left="1133"/>
      </w:pPr>
      <w:r>
        <w:rPr>
          <w:color w:val="000000"/>
        </w:rPr>
        <w:t>(1) Die/Der Auszubildende wird in dem staatlich anerkannten Ausbildungsberuf einer/ei-</w:t>
      </w:r>
    </w:p>
    <w:p w14:paraId="5019B759" w14:textId="77777777" w:rsidR="00623C5B" w:rsidRDefault="00FD7DB5">
      <w:pPr>
        <w:widowControl w:val="0"/>
        <w:spacing w:before="15" w:line="258" w:lineRule="exact"/>
        <w:ind w:left="1133"/>
      </w:pPr>
      <w:r>
        <w:rPr>
          <w:color w:val="000000"/>
        </w:rPr>
        <w:t xml:space="preserve">nes </w:t>
      </w:r>
      <w:r>
        <w:rPr>
          <w:b/>
          <w:color w:val="000000"/>
        </w:rPr>
        <w:t>Verwaltungsfachangestellten, Fachrichtung Kommunalverwaltung</w:t>
      </w:r>
      <w:r>
        <w:rPr>
          <w:color w:val="000000"/>
        </w:rPr>
        <w:t xml:space="preserve"> ausgebildet. </w:t>
      </w:r>
    </w:p>
    <w:p w14:paraId="059BAD20" w14:textId="77777777" w:rsidR="00623C5B" w:rsidRDefault="00FD7DB5">
      <w:pPr>
        <w:widowControl w:val="0"/>
        <w:spacing w:before="298" w:line="258" w:lineRule="exact"/>
        <w:ind w:left="1133"/>
      </w:pPr>
      <w:r>
        <w:rPr>
          <w:color w:val="000000"/>
        </w:rPr>
        <w:t>(2) Die Ausbildung richtet sich in Durchführung und Ausbildungsplan nach der Verord-</w:t>
      </w:r>
    </w:p>
    <w:p w14:paraId="404D454B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nung über die Berufsausbildung zum </w:t>
      </w:r>
      <w:r>
        <w:rPr>
          <w:color w:val="000000"/>
        </w:rPr>
        <w:t>Verwaltungsfachangestellten/zur Verwaltungsfach-</w:t>
      </w:r>
    </w:p>
    <w:p w14:paraId="6F682F93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angestellten vom 19. Mai 1999, BGBl I S. 1029 i. V. m. der Hessischen Verordnung über </w:t>
      </w:r>
    </w:p>
    <w:p w14:paraId="0AF618BC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die Berufsausbildung zum/zur Verwaltungsfachangestellten vom 26. Juli 1999, StAnz.  </w:t>
      </w:r>
    </w:p>
    <w:p w14:paraId="1E1FA15E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S. 2458. </w:t>
      </w:r>
    </w:p>
    <w:p w14:paraId="3E7E480C" w14:textId="77777777" w:rsidR="00623C5B" w:rsidRDefault="00FD7DB5">
      <w:pPr>
        <w:widowControl w:val="0"/>
        <w:spacing w:before="294" w:line="258" w:lineRule="exact"/>
        <w:ind w:left="1133"/>
      </w:pPr>
      <w:r>
        <w:rPr>
          <w:color w:val="000000"/>
        </w:rPr>
        <w:t>Ein sachlich und zeitlich detaillierter Ausbildungsplan gemäß der vorgenannten Rechts-</w:t>
      </w:r>
    </w:p>
    <w:p w14:paraId="0D9ED758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grundlage ist Bestandteil dieses Vertrages und im Anhang beigefügt. </w:t>
      </w:r>
    </w:p>
    <w:p w14:paraId="21B7FC6C" w14:textId="77777777" w:rsidR="00623C5B" w:rsidRDefault="00FD7DB5">
      <w:pPr>
        <w:widowControl w:val="0"/>
        <w:spacing w:before="294" w:line="258" w:lineRule="exact"/>
        <w:ind w:left="1133"/>
      </w:pPr>
      <w:r>
        <w:rPr>
          <w:color w:val="000000"/>
        </w:rPr>
        <w:t xml:space="preserve">(3) Die Zwischen- und Abschlussprüfung richten sich neben den Anforderungen aus der </w:t>
      </w:r>
    </w:p>
    <w:p w14:paraId="2A5B9094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o. g. Ausbildungsordnung nach: </w:t>
      </w:r>
    </w:p>
    <w:p w14:paraId="15C65356" w14:textId="77777777" w:rsidR="00623C5B" w:rsidRDefault="00FD7DB5">
      <w:pPr>
        <w:widowControl w:val="0"/>
        <w:spacing w:before="201" w:line="258" w:lineRule="exact"/>
        <w:ind w:left="1133"/>
      </w:pPr>
      <w:r>
        <w:rPr>
          <w:color w:val="000000"/>
        </w:rPr>
        <w:t xml:space="preserve">- den Grundsätzen für die Durchführung von Zwischenprüfungen im Ausbildungsberuf </w:t>
      </w:r>
    </w:p>
    <w:p w14:paraId="7477CE59" w14:textId="77777777" w:rsidR="00623C5B" w:rsidRDefault="00FD7DB5">
      <w:pPr>
        <w:widowControl w:val="0"/>
        <w:spacing w:before="18" w:line="258" w:lineRule="exact"/>
        <w:ind w:left="1275"/>
      </w:pPr>
      <w:r>
        <w:rPr>
          <w:color w:val="000000"/>
        </w:rPr>
        <w:t xml:space="preserve">„Verwaltungsfachangestellte“ vom 10. April 2000, StAnz. S. 1296, in der jeweils gültigen </w:t>
      </w:r>
    </w:p>
    <w:p w14:paraId="333430CE" w14:textId="77777777" w:rsidR="00623C5B" w:rsidRDefault="00FD7DB5">
      <w:pPr>
        <w:widowControl w:val="0"/>
        <w:spacing w:before="18" w:line="258" w:lineRule="exact"/>
        <w:ind w:left="1275"/>
      </w:pPr>
      <w:r>
        <w:rPr>
          <w:color w:val="000000"/>
        </w:rPr>
        <w:t xml:space="preserve">Fassung, </w:t>
      </w:r>
    </w:p>
    <w:p w14:paraId="74412E11" w14:textId="77777777" w:rsidR="00623C5B" w:rsidRDefault="00FD7DB5">
      <w:pPr>
        <w:widowControl w:val="0"/>
        <w:spacing w:before="203" w:line="258" w:lineRule="exact"/>
        <w:ind w:left="1133"/>
      </w:pPr>
      <w:r>
        <w:rPr>
          <w:color w:val="000000"/>
        </w:rPr>
        <w:t>- der Prüfungsordnung für die Durchführung von Abschlussprüfungen in dem Ausbil-</w:t>
      </w:r>
    </w:p>
    <w:p w14:paraId="03913D36" w14:textId="77777777" w:rsidR="00623C5B" w:rsidRDefault="00FD7DB5">
      <w:pPr>
        <w:widowControl w:val="0"/>
        <w:spacing w:before="18" w:line="258" w:lineRule="exact"/>
        <w:ind w:left="1275"/>
      </w:pPr>
      <w:r>
        <w:rPr>
          <w:color w:val="000000"/>
        </w:rPr>
        <w:t xml:space="preserve">dungsberuf „Verwaltungsfachangestellter / Verwaltungsfachangestellte“ vom  </w:t>
      </w:r>
    </w:p>
    <w:p w14:paraId="75E5FDFB" w14:textId="77777777" w:rsidR="00623C5B" w:rsidRDefault="00FD7DB5">
      <w:pPr>
        <w:widowControl w:val="0"/>
        <w:spacing w:before="18" w:line="258" w:lineRule="exact"/>
        <w:ind w:left="1275"/>
      </w:pPr>
      <w:r>
        <w:rPr>
          <w:color w:val="000000"/>
        </w:rPr>
        <w:t xml:space="preserve">30. Mai 2025, StAnz. 26/2025 S. 690, in der jeweils gültigen Fassung. </w:t>
      </w:r>
    </w:p>
    <w:p w14:paraId="134D7D53" w14:textId="77777777" w:rsidR="00623C5B" w:rsidRDefault="00FD7DB5">
      <w:pPr>
        <w:widowControl w:val="0"/>
        <w:spacing w:before="842" w:line="258" w:lineRule="exact"/>
        <w:ind w:left="3767"/>
      </w:pPr>
      <w:r>
        <w:rPr>
          <w:b/>
          <w:color w:val="000000"/>
        </w:rPr>
        <w:t>§ 2 Ausbildungsdauer</w:t>
      </w:r>
      <w:r>
        <w:rPr>
          <w:color w:val="FF0000"/>
          <w:sz w:val="16"/>
        </w:rPr>
        <w:t xml:space="preserve">3 </w:t>
      </w:r>
      <w:r>
        <w:rPr>
          <w:b/>
          <w:color w:val="000000"/>
        </w:rPr>
        <w:t xml:space="preserve">und Probezeit </w:t>
      </w:r>
    </w:p>
    <w:p w14:paraId="1ECD8570" w14:textId="77777777" w:rsidR="00623C5B" w:rsidRDefault="00FD7DB5">
      <w:pPr>
        <w:widowControl w:val="0"/>
        <w:spacing w:before="298" w:line="258" w:lineRule="exact"/>
        <w:ind w:left="1133"/>
      </w:pPr>
      <w:r>
        <w:rPr>
          <w:color w:val="000000"/>
        </w:rPr>
        <w:t xml:space="preserve">(1) Die Ausbildung beginnt am _______________ und endet am ________________. </w:t>
      </w:r>
    </w:p>
    <w:p w14:paraId="4D84DA93" w14:textId="77777777" w:rsidR="00623C5B" w:rsidRDefault="00FD7DB5">
      <w:pPr>
        <w:widowControl w:val="0"/>
        <w:spacing w:before="294" w:line="258" w:lineRule="exact"/>
        <w:ind w:left="1133"/>
      </w:pPr>
      <w:r>
        <w:rPr>
          <w:color w:val="000000"/>
        </w:rPr>
        <w:t xml:space="preserve">(2) Die ersten drei Monate der Ausbildung sind Probezeit. </w:t>
      </w:r>
      <w:r>
        <w:rPr>
          <w:color w:val="538135"/>
        </w:rPr>
        <w:t xml:space="preserve">Wird die Ausbildung während </w:t>
      </w:r>
    </w:p>
    <w:p w14:paraId="7CC21EC7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538135"/>
        </w:rPr>
        <w:t xml:space="preserve">der Probezeit um mehr als ein Drittel unterbrochen, verlängert sich die Probezeit um den </w:t>
      </w:r>
    </w:p>
    <w:p w14:paraId="3E23AF48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538135"/>
        </w:rPr>
        <w:t xml:space="preserve">Zeitraum der Unterbrechung. </w:t>
      </w:r>
    </w:p>
    <w:p w14:paraId="7A0821B6" w14:textId="77777777" w:rsidR="00623C5B" w:rsidRDefault="00FD7DB5">
      <w:pPr>
        <w:widowControl w:val="0"/>
        <w:spacing w:before="842" w:line="258" w:lineRule="exact"/>
        <w:ind w:left="2861"/>
      </w:pPr>
      <w:r>
        <w:rPr>
          <w:b/>
          <w:color w:val="000000"/>
        </w:rPr>
        <w:t xml:space="preserve">§ 3 Bindung an Berufsbildungsgesetz, Tarifrecht und  </w:t>
      </w:r>
    </w:p>
    <w:p w14:paraId="25024B0A" w14:textId="77777777" w:rsidR="00623C5B" w:rsidRDefault="00FD7DB5">
      <w:pPr>
        <w:widowControl w:val="0"/>
        <w:spacing w:before="18" w:line="258" w:lineRule="exact"/>
        <w:ind w:left="3807"/>
      </w:pPr>
      <w:r>
        <w:rPr>
          <w:b/>
          <w:color w:val="000000"/>
        </w:rPr>
        <w:t xml:space="preserve">Dienst- und Betriebsvereinbarungen </w:t>
      </w:r>
    </w:p>
    <w:p w14:paraId="6405854A" w14:textId="77777777" w:rsidR="00623C5B" w:rsidRDefault="00FD7DB5">
      <w:pPr>
        <w:widowControl w:val="0"/>
        <w:spacing w:before="298" w:line="258" w:lineRule="exact"/>
        <w:ind w:left="1133"/>
      </w:pPr>
      <w:r>
        <w:rPr>
          <w:color w:val="000000"/>
        </w:rPr>
        <w:t xml:space="preserve">Das Ausbildungsverhältnis bestimmt sich nach dem Berufsbildungsgesetz (BBiG) vom  </w:t>
      </w:r>
    </w:p>
    <w:p w14:paraId="42D74CBD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>16. April 2025, BGBl. I Nr. 117, in seiner jeweils gültigen Fassung sowie nach den Vor-</w:t>
      </w:r>
    </w:p>
    <w:p w14:paraId="58A7B4DE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>schriften der Tarifverträge für Auszubildende des öffentlichen Dienstes (TVAöD) - Allge-</w:t>
      </w:r>
    </w:p>
    <w:p w14:paraId="34D28A0E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meiner Teil und Besonderer Teil BBiG -, beide vom 13. September 2005, sowie den diesen </w:t>
      </w:r>
    </w:p>
    <w:p w14:paraId="0C071A06" w14:textId="77777777" w:rsidR="00623C5B" w:rsidRDefault="00FD7DB5">
      <w:pPr>
        <w:widowControl w:val="0"/>
        <w:spacing w:before="19" w:line="258" w:lineRule="exact"/>
        <w:ind w:left="1133"/>
      </w:pPr>
      <w:r>
        <w:rPr>
          <w:color w:val="000000"/>
        </w:rPr>
        <w:t>ergänzenden, ändernden oder ersetzenden Tarifverträgen in der für den Bereich der Ver-</w:t>
      </w:r>
    </w:p>
    <w:p w14:paraId="077E10FB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einigung der kommunalen Arbeitgeberverbände (VKA) jeweils geltenden Fassung, soweit </w:t>
      </w:r>
    </w:p>
    <w:p w14:paraId="0A5E1486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>nachfolgend nichts Abweichendes bestimmt ist. Außerdem finden die bei dem Ausbilden-</w:t>
      </w:r>
    </w:p>
    <w:p w14:paraId="56461A04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>den geltenden Dienst- bzw. Betriebsvereinbarungen nach Maßgabe ihres jeweiligen Gel-</w:t>
      </w:r>
    </w:p>
    <w:p w14:paraId="5A60F447" w14:textId="77777777" w:rsidR="00623C5B" w:rsidRDefault="00FD7DB5">
      <w:pPr>
        <w:widowControl w:val="0"/>
        <w:spacing w:before="18" w:line="258" w:lineRule="exact"/>
        <w:ind w:left="1133"/>
      </w:pPr>
      <w:r>
        <w:rPr>
          <w:color w:val="000000"/>
        </w:rPr>
        <w:t xml:space="preserve">tungsbereichs in der jeweils geltenden Fassung Anwendung. </w:t>
      </w:r>
    </w:p>
    <w:p w14:paraId="5488260D" w14:textId="77777777" w:rsidR="00623C5B" w:rsidRDefault="00FD7DB5">
      <w:r>
        <w:br w:type="page"/>
      </w:r>
    </w:p>
    <w:p w14:paraId="0628ADE6" w14:textId="77777777" w:rsidR="00623C5B" w:rsidRDefault="00FD7DB5">
      <w:pPr>
        <w:widowControl w:val="0"/>
        <w:spacing w:before="632" w:line="258" w:lineRule="exact"/>
        <w:ind w:left="3029"/>
      </w:pPr>
      <w:r>
        <w:rPr>
          <w:b/>
          <w:color w:val="000000"/>
        </w:rPr>
        <w:t xml:space="preserve">§ 4 Pflicht zum Besuch anderer Ausbildungsstellen </w:t>
      </w:r>
    </w:p>
    <w:p w14:paraId="61A3F69E" w14:textId="77777777" w:rsidR="00623C5B" w:rsidRDefault="00FD7DB5">
      <w:pPr>
        <w:widowControl w:val="0"/>
        <w:spacing w:before="298" w:line="258" w:lineRule="exact"/>
        <w:ind w:left="1416"/>
      </w:pPr>
      <w:r>
        <w:rPr>
          <w:color w:val="000000"/>
        </w:rPr>
        <w:t xml:space="preserve">(1)Die Ausbildung erfolgt örtlich in der eingangs genannten Ausbildungsstelle sowie </w:t>
      </w:r>
    </w:p>
    <w:p w14:paraId="6A38EFBA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>in folgender/-n Außenstelle/-n</w:t>
      </w:r>
      <w:r>
        <w:rPr>
          <w:color w:val="FF0000"/>
          <w:sz w:val="16"/>
        </w:rPr>
        <w:t>4</w:t>
      </w:r>
      <w:r>
        <w:rPr>
          <w:color w:val="000000"/>
        </w:rPr>
        <w:t xml:space="preserve">: </w:t>
      </w:r>
    </w:p>
    <w:p w14:paraId="255194BA" w14:textId="77777777" w:rsidR="00623C5B" w:rsidRDefault="00FD7DB5">
      <w:pPr>
        <w:widowControl w:val="0"/>
        <w:spacing w:before="200" w:line="258" w:lineRule="exact"/>
        <w:ind w:left="1416"/>
      </w:pPr>
      <w:r>
        <w:rPr>
          <w:color w:val="000000"/>
        </w:rPr>
        <w:t xml:space="preserve">___________________________________________________________________ </w:t>
      </w:r>
    </w:p>
    <w:p w14:paraId="45C37B76" w14:textId="77777777" w:rsidR="00623C5B" w:rsidRDefault="00FD7DB5">
      <w:pPr>
        <w:widowControl w:val="0"/>
        <w:spacing w:before="22" w:line="214" w:lineRule="exact"/>
        <w:ind w:left="1416"/>
      </w:pPr>
      <w:r>
        <w:rPr>
          <w:color w:val="000000"/>
          <w:sz w:val="19"/>
        </w:rPr>
        <w:t xml:space="preserve">(Bezeichnung und Anschrift) </w:t>
      </w:r>
    </w:p>
    <w:p w14:paraId="77643A2D" w14:textId="77777777" w:rsidR="00623C5B" w:rsidRDefault="00FD7DB5">
      <w:pPr>
        <w:widowControl w:val="0"/>
        <w:spacing w:before="12" w:line="258" w:lineRule="exact"/>
        <w:ind w:left="1416"/>
      </w:pPr>
      <w:r>
        <w:rPr>
          <w:color w:val="000000"/>
        </w:rPr>
        <w:t xml:space="preserve">___________________________________________________________________ </w:t>
      </w:r>
    </w:p>
    <w:p w14:paraId="5B18C828" w14:textId="77777777" w:rsidR="00623C5B" w:rsidRDefault="00FD7DB5">
      <w:pPr>
        <w:widowControl w:val="0"/>
        <w:spacing w:before="22" w:line="214" w:lineRule="exact"/>
        <w:ind w:left="1416"/>
      </w:pPr>
      <w:r>
        <w:rPr>
          <w:color w:val="000000"/>
          <w:sz w:val="19"/>
        </w:rPr>
        <w:t xml:space="preserve">(Bezeichnung und Anschrift) </w:t>
      </w:r>
    </w:p>
    <w:p w14:paraId="60C39174" w14:textId="77777777" w:rsidR="00623C5B" w:rsidRDefault="00FD7DB5">
      <w:pPr>
        <w:widowControl w:val="0"/>
        <w:spacing w:before="288" w:line="258" w:lineRule="exact"/>
        <w:ind w:left="1416"/>
      </w:pPr>
      <w:r>
        <w:rPr>
          <w:color w:val="000000"/>
        </w:rPr>
        <w:t xml:space="preserve">(2) Die/Der Auszubildende ist verpflichtet, die zuständige Berufsschule  </w:t>
      </w:r>
    </w:p>
    <w:p w14:paraId="5CF5CAE2" w14:textId="284AF709" w:rsidR="00CA2154" w:rsidRDefault="00CA2154">
      <w:pPr>
        <w:widowControl w:val="0"/>
        <w:spacing w:before="509" w:line="214" w:lineRule="exact"/>
        <w:ind w:left="1416"/>
        <w:rPr>
          <w:color w:val="538135"/>
          <w:sz w:val="19"/>
        </w:rPr>
      </w:pPr>
      <w:r>
        <w:rPr>
          <w:color w:val="538135"/>
          <w:sz w:val="19"/>
        </w:rPr>
        <w:t>_____________________________________________________________________________________</w:t>
      </w:r>
    </w:p>
    <w:p w14:paraId="49AFF0B2" w14:textId="6329FDAD" w:rsidR="00623C5B" w:rsidRDefault="00FD7DB5" w:rsidP="00CA2154">
      <w:pPr>
        <w:widowControl w:val="0"/>
        <w:spacing w:line="214" w:lineRule="exact"/>
        <w:ind w:left="1416"/>
      </w:pPr>
      <w:r>
        <w:rPr>
          <w:color w:val="538135"/>
          <w:sz w:val="19"/>
        </w:rPr>
        <w:t xml:space="preserve">Name und Ort, </w:t>
      </w:r>
      <w:proofErr w:type="spellStart"/>
      <w:r>
        <w:rPr>
          <w:color w:val="538135"/>
          <w:sz w:val="19"/>
        </w:rPr>
        <w:t>ggfs</w:t>
      </w:r>
      <w:proofErr w:type="spellEnd"/>
      <w:r>
        <w:rPr>
          <w:color w:val="538135"/>
          <w:sz w:val="19"/>
        </w:rPr>
        <w:t xml:space="preserve">. Anschrift </w:t>
      </w:r>
    </w:p>
    <w:p w14:paraId="7DB1C988" w14:textId="77777777" w:rsidR="00623C5B" w:rsidRDefault="00FD7DB5">
      <w:pPr>
        <w:widowControl w:val="0"/>
        <w:spacing w:before="195" w:line="258" w:lineRule="exact"/>
        <w:ind w:left="1416"/>
      </w:pPr>
      <w:r>
        <w:rPr>
          <w:color w:val="000000"/>
        </w:rPr>
        <w:t>regelmäßig und pünktlich zu besuchen und auch an anderen Ausbildungsmaßnah-</w:t>
      </w:r>
    </w:p>
    <w:p w14:paraId="288D63B0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men außerhalb der Ausbildungsstätte teilzunehmen, für die sie/er vom Ausbildenden </w:t>
      </w:r>
    </w:p>
    <w:p w14:paraId="53362563" w14:textId="77777777" w:rsidR="00623C5B" w:rsidRDefault="00FD7DB5">
      <w:pPr>
        <w:widowControl w:val="0"/>
        <w:spacing w:before="19" w:line="258" w:lineRule="exact"/>
        <w:ind w:left="1416"/>
      </w:pPr>
      <w:r>
        <w:rPr>
          <w:color w:val="000000"/>
        </w:rPr>
        <w:t xml:space="preserve">freigestellt ist: </w:t>
      </w:r>
    </w:p>
    <w:p w14:paraId="5F45279F" w14:textId="77777777" w:rsidR="00623C5B" w:rsidRDefault="00FD7DB5">
      <w:pPr>
        <w:widowControl w:val="0"/>
        <w:spacing w:before="203" w:line="258" w:lineRule="exact"/>
        <w:ind w:left="1416"/>
      </w:pPr>
      <w:r>
        <w:rPr>
          <w:color w:val="000000"/>
        </w:rPr>
        <w:t>- An der Dienstbegleitenden Unterweisung (DU) bei der Verwaltungsakademie Hes-</w:t>
      </w:r>
    </w:p>
    <w:p w14:paraId="7B0DE4BC" w14:textId="77777777" w:rsidR="00623C5B" w:rsidRDefault="00FD7DB5">
      <w:pPr>
        <w:widowControl w:val="0"/>
        <w:spacing w:before="18" w:line="258" w:lineRule="exact"/>
        <w:ind w:left="1558"/>
      </w:pPr>
      <w:r>
        <w:rPr>
          <w:color w:val="000000"/>
        </w:rPr>
        <w:t xml:space="preserve">sen, im Verwaltungsseminar ___________________________________________ </w:t>
      </w:r>
    </w:p>
    <w:p w14:paraId="5F0D08AA" w14:textId="77777777" w:rsidR="00623C5B" w:rsidRDefault="00FD7DB5">
      <w:pPr>
        <w:widowControl w:val="0"/>
        <w:spacing w:before="22" w:line="214" w:lineRule="exact"/>
        <w:ind w:left="1558"/>
      </w:pPr>
      <w:r>
        <w:rPr>
          <w:color w:val="000000"/>
          <w:sz w:val="19"/>
        </w:rPr>
        <w:t xml:space="preserve">                                                       Ort </w:t>
      </w:r>
    </w:p>
    <w:p w14:paraId="12125214" w14:textId="77777777" w:rsidR="00623C5B" w:rsidRDefault="00FD7DB5">
      <w:pPr>
        <w:widowControl w:val="0"/>
        <w:spacing w:before="12" w:line="258" w:lineRule="exact"/>
        <w:ind w:left="1558"/>
      </w:pPr>
      <w:r>
        <w:rPr>
          <w:color w:val="538135"/>
        </w:rPr>
        <w:t xml:space="preserve">__________________________________________________________________ </w:t>
      </w:r>
    </w:p>
    <w:p w14:paraId="63E38774" w14:textId="77777777" w:rsidR="00623C5B" w:rsidRDefault="00FD7DB5">
      <w:pPr>
        <w:widowControl w:val="0"/>
        <w:spacing w:before="22" w:line="214" w:lineRule="exact"/>
        <w:ind w:left="1416"/>
      </w:pPr>
      <w:r>
        <w:rPr>
          <w:color w:val="538135"/>
          <w:sz w:val="19"/>
        </w:rPr>
        <w:t xml:space="preserve">  ggfs. Anschrift </w:t>
      </w:r>
    </w:p>
    <w:p w14:paraId="2AD06434" w14:textId="77777777" w:rsidR="00623C5B" w:rsidRDefault="00FD7DB5">
      <w:pPr>
        <w:widowControl w:val="0"/>
        <w:spacing w:before="288" w:line="258" w:lineRule="exact"/>
        <w:ind w:left="1416"/>
      </w:pPr>
      <w:r>
        <w:rPr>
          <w:color w:val="538135"/>
        </w:rPr>
        <w:t xml:space="preserve">…. </w:t>
      </w:r>
    </w:p>
    <w:p w14:paraId="17A0EA6C" w14:textId="77777777" w:rsidR="00623C5B" w:rsidRDefault="00FD7DB5">
      <w:pPr>
        <w:widowControl w:val="0"/>
        <w:spacing w:before="566" w:line="258" w:lineRule="exact"/>
        <w:ind w:left="3706"/>
      </w:pPr>
      <w:r>
        <w:rPr>
          <w:b/>
          <w:color w:val="000000"/>
        </w:rPr>
        <w:t>§ 5 Schriftlicher Ausbildungsnachweis</w:t>
      </w:r>
      <w:r>
        <w:rPr>
          <w:color w:val="FF0000"/>
          <w:sz w:val="16"/>
        </w:rPr>
        <w:t>5</w:t>
      </w:r>
    </w:p>
    <w:p w14:paraId="134DE84F" w14:textId="77777777" w:rsidR="00623C5B" w:rsidRDefault="00FD7DB5">
      <w:pPr>
        <w:widowControl w:val="0"/>
        <w:spacing w:before="298" w:line="258" w:lineRule="exact"/>
        <w:ind w:left="1416"/>
      </w:pPr>
      <w:r>
        <w:rPr>
          <w:color w:val="000000"/>
        </w:rPr>
        <w:t xml:space="preserve">Die/der Auszubildende ist verpflichtet, einen </w:t>
      </w:r>
    </w:p>
    <w:p w14:paraId="2ED5E595" w14:textId="3857D17D" w:rsidR="00623C5B" w:rsidRPr="005C2669" w:rsidRDefault="005C2669" w:rsidP="005C2669">
      <w:pPr>
        <w:widowControl w:val="0"/>
        <w:spacing w:before="294" w:line="258" w:lineRule="exact"/>
        <w:ind w:left="1418"/>
        <w:rPr>
          <w:rFonts w:ascii="Segoe UI Symbol" w:hAnsi="Segoe UI Symbol" w:cs="Segoe UI Symbol"/>
        </w:rPr>
      </w:pPr>
      <w:sdt>
        <w:sdtPr>
          <w:rPr>
            <w:color w:val="000000"/>
          </w:rPr>
          <w:id w:val="-166410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CA2154">
        <w:rPr>
          <w:color w:val="000000"/>
        </w:rPr>
        <w:t xml:space="preserve"> </w:t>
      </w:r>
      <w:proofErr w:type="spellStart"/>
      <w:r w:rsidR="00FD7DB5">
        <w:rPr>
          <w:color w:val="000000"/>
        </w:rPr>
        <w:t>schriftlichen</w:t>
      </w:r>
      <w:proofErr w:type="spellEnd"/>
      <w:r w:rsidR="00CA2154">
        <w:rPr>
          <w:color w:val="000000"/>
        </w:rPr>
        <w:tab/>
      </w:r>
      <w:r w:rsidR="00CA2154">
        <w:rPr>
          <w:color w:val="000000"/>
        </w:rPr>
        <w:tab/>
      </w:r>
      <w:r w:rsidR="00FD7DB5">
        <w:tab/>
      </w:r>
      <w:sdt>
        <w:sdtPr>
          <w:id w:val="-382485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A2154">
        <w:t xml:space="preserve"> </w:t>
      </w:r>
      <w:proofErr w:type="spellStart"/>
      <w:r w:rsidR="00FD7DB5">
        <w:rPr>
          <w:color w:val="000000"/>
        </w:rPr>
        <w:t>elektronischen</w:t>
      </w:r>
      <w:proofErr w:type="spellEnd"/>
      <w:r w:rsidR="00FD7DB5">
        <w:rPr>
          <w:color w:val="000000"/>
        </w:rPr>
        <w:t xml:space="preserve"> </w:t>
      </w:r>
    </w:p>
    <w:p w14:paraId="5ED55886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000000"/>
        </w:rPr>
        <w:t>Ausbildungsnachweis gemäß den jeweils aktuellen Vorgaben des Berufsbildungs-</w:t>
      </w:r>
    </w:p>
    <w:p w14:paraId="39B1ECE3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ausschusses zu führen. </w:t>
      </w:r>
    </w:p>
    <w:p w14:paraId="79D9A2FE" w14:textId="77777777" w:rsidR="00623C5B" w:rsidRDefault="00FD7DB5">
      <w:pPr>
        <w:widowControl w:val="0"/>
        <w:spacing w:before="842" w:line="258" w:lineRule="exact"/>
        <w:ind w:left="4304"/>
      </w:pPr>
      <w:r>
        <w:rPr>
          <w:b/>
          <w:color w:val="000000"/>
        </w:rPr>
        <w:t xml:space="preserve">§ 6 Tägliche Ausbildungszeit </w:t>
      </w:r>
    </w:p>
    <w:p w14:paraId="2D4EE502" w14:textId="77777777" w:rsidR="00623C5B" w:rsidRDefault="00FD7DB5">
      <w:pPr>
        <w:widowControl w:val="0"/>
        <w:spacing w:before="298" w:line="258" w:lineRule="exact"/>
        <w:ind w:left="1416"/>
      </w:pPr>
      <w:r>
        <w:rPr>
          <w:color w:val="000000"/>
        </w:rPr>
        <w:t xml:space="preserve">Die regelmäßige </w:t>
      </w:r>
      <w:r>
        <w:rPr>
          <w:color w:val="538135"/>
        </w:rPr>
        <w:t xml:space="preserve">durchschnittliche wöchentliche Ausbildungszeit und die </w:t>
      </w:r>
      <w:r>
        <w:rPr>
          <w:color w:val="000000"/>
        </w:rPr>
        <w:t xml:space="preserve">tägliche </w:t>
      </w:r>
    </w:p>
    <w:p w14:paraId="46B44595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>Ausbildungszeit richten sich nach den für die Beschäftigten des Ausbildenden maß-</w:t>
      </w:r>
    </w:p>
    <w:p w14:paraId="0CDE4664" w14:textId="77777777" w:rsidR="00623C5B" w:rsidRDefault="00FD7DB5">
      <w:pPr>
        <w:widowControl w:val="0"/>
        <w:spacing w:before="16" w:line="258" w:lineRule="exact"/>
        <w:ind w:left="1416"/>
      </w:pPr>
      <w:r>
        <w:rPr>
          <w:color w:val="000000"/>
        </w:rPr>
        <w:t xml:space="preserve">gebenden Vorschriften über die Arbeitszeit. Sie beträgt zurzeit durchschnittlich  </w:t>
      </w:r>
    </w:p>
    <w:p w14:paraId="463F14F6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7,8 Stunden/täglich. </w:t>
      </w:r>
    </w:p>
    <w:p w14:paraId="7D1408C4" w14:textId="77777777" w:rsidR="00623C5B" w:rsidRDefault="00FD7DB5">
      <w:pPr>
        <w:widowControl w:val="0"/>
        <w:spacing w:before="295" w:line="258" w:lineRule="exact"/>
        <w:ind w:left="1416"/>
      </w:pPr>
      <w:r>
        <w:rPr>
          <w:color w:val="538135"/>
        </w:rPr>
        <w:t xml:space="preserve">§ 8 Jugendarbeitsschutzgesetz (JArbSchG) bleibt unberührt. </w:t>
      </w:r>
    </w:p>
    <w:p w14:paraId="04A13A86" w14:textId="77777777" w:rsidR="00623C5B" w:rsidRDefault="00FD7DB5">
      <w:r>
        <w:br w:type="page"/>
      </w:r>
    </w:p>
    <w:p w14:paraId="384EC8C6" w14:textId="77777777" w:rsidR="00623C5B" w:rsidRDefault="00FD7DB5">
      <w:pPr>
        <w:widowControl w:val="0"/>
        <w:spacing w:before="632" w:line="258" w:lineRule="exact"/>
        <w:ind w:left="4633"/>
      </w:pPr>
      <w:r>
        <w:rPr>
          <w:b/>
          <w:color w:val="000000"/>
        </w:rPr>
        <w:t xml:space="preserve">§ 7 Ausbildungsentgelt </w:t>
      </w:r>
    </w:p>
    <w:p w14:paraId="41792035" w14:textId="77777777" w:rsidR="00623C5B" w:rsidRDefault="00FD7DB5">
      <w:pPr>
        <w:widowControl w:val="0"/>
        <w:spacing w:before="298" w:line="258" w:lineRule="exact"/>
        <w:ind w:left="1416"/>
      </w:pPr>
      <w:r>
        <w:rPr>
          <w:color w:val="000000"/>
        </w:rPr>
        <w:t xml:space="preserve">(1) Die/Der Auszubildende erhält ein monatliches Ausbildungsentgelt gemäß  </w:t>
      </w:r>
    </w:p>
    <w:p w14:paraId="5ED567A5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>§ 8 Abs. 1 S. 1 TVAöD–BBiG. Es beträgt zurzeit</w:t>
      </w:r>
    </w:p>
    <w:p w14:paraId="3BF60F57" w14:textId="5EAF23C0" w:rsidR="00623C5B" w:rsidRDefault="00FD7DB5">
      <w:pPr>
        <w:widowControl w:val="0"/>
        <w:tabs>
          <w:tab w:val="left" w:pos="4223"/>
        </w:tabs>
        <w:spacing w:before="294" w:line="258" w:lineRule="exact"/>
        <w:ind w:left="2124"/>
      </w:pPr>
      <w:proofErr w:type="spellStart"/>
      <w:r>
        <w:rPr>
          <w:color w:val="000000"/>
        </w:rPr>
        <w:t>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ersten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Ausbildungsjahr</w:t>
      </w:r>
      <w:proofErr w:type="spellEnd"/>
      <w:r>
        <w:rPr>
          <w:color w:val="000000"/>
        </w:rPr>
        <w:t xml:space="preserve"> </w:t>
      </w:r>
      <w:r>
        <w:tab/>
      </w:r>
      <w:r w:rsidR="00895300">
        <w:tab/>
      </w:r>
      <w:proofErr w:type="spellStart"/>
      <w:r>
        <w:rPr>
          <w:color w:val="000000"/>
        </w:rPr>
        <w:t>xxxxx</w:t>
      </w:r>
      <w:proofErr w:type="spellEnd"/>
      <w:r>
        <w:rPr>
          <w:color w:val="000000"/>
        </w:rPr>
        <w:t xml:space="preserve">  Euro, </w:t>
      </w:r>
    </w:p>
    <w:p w14:paraId="69B753BF" w14:textId="77777777" w:rsidR="00623C5B" w:rsidRDefault="00FD7DB5">
      <w:pPr>
        <w:widowControl w:val="0"/>
        <w:tabs>
          <w:tab w:val="left" w:pos="4223"/>
        </w:tabs>
        <w:spacing w:before="18" w:line="258" w:lineRule="exact"/>
        <w:ind w:left="2124"/>
      </w:pPr>
      <w:r>
        <w:rPr>
          <w:color w:val="000000"/>
        </w:rPr>
        <w:t xml:space="preserve">im zweiten Ausbildungsjahr  </w:t>
      </w:r>
      <w:r>
        <w:tab/>
      </w:r>
      <w:r>
        <w:rPr>
          <w:color w:val="000000"/>
        </w:rPr>
        <w:t xml:space="preserve">xxxxx  Euro, </w:t>
      </w:r>
    </w:p>
    <w:p w14:paraId="3914A9BE" w14:textId="7FFB7382" w:rsidR="00623C5B" w:rsidRDefault="00FD7DB5">
      <w:pPr>
        <w:widowControl w:val="0"/>
        <w:tabs>
          <w:tab w:val="left" w:pos="4223"/>
        </w:tabs>
        <w:spacing w:before="18" w:line="258" w:lineRule="exact"/>
        <w:ind w:left="2124"/>
      </w:pPr>
      <w:proofErr w:type="spellStart"/>
      <w:r>
        <w:rPr>
          <w:color w:val="000000"/>
        </w:rPr>
        <w:t>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dritten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Ausbildungsjahr</w:t>
      </w:r>
      <w:proofErr w:type="spellEnd"/>
      <w:r>
        <w:rPr>
          <w:color w:val="000000"/>
        </w:rPr>
        <w:t xml:space="preserve"> </w:t>
      </w:r>
      <w:r>
        <w:tab/>
      </w:r>
      <w:r w:rsidR="00895300">
        <w:tab/>
      </w:r>
      <w:proofErr w:type="spellStart"/>
      <w:r>
        <w:rPr>
          <w:color w:val="000000"/>
        </w:rPr>
        <w:t>xxxxx</w:t>
      </w:r>
      <w:proofErr w:type="spellEnd"/>
      <w:r>
        <w:rPr>
          <w:color w:val="000000"/>
        </w:rPr>
        <w:t xml:space="preserve">  Euro, </w:t>
      </w:r>
    </w:p>
    <w:p w14:paraId="68C0B251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538135"/>
        </w:rPr>
        <w:t xml:space="preserve">und passt sich ohne Vertragsänderung den jeweils aktuellen Tarifvereinbarungen an. </w:t>
      </w:r>
    </w:p>
    <w:p w14:paraId="4385B487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000000"/>
        </w:rPr>
        <w:t xml:space="preserve">Das monatliche Ausbildungsentgelt ist zu demselben Zeitpunkt auszuzahlen wie das </w:t>
      </w:r>
    </w:p>
    <w:p w14:paraId="7B6B767B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den Beschäftigten des Ausbildenden gezahlte Entgelt. Es ist spätestens am letzten </w:t>
      </w:r>
    </w:p>
    <w:p w14:paraId="64AD4BE9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Ausbildungstag des Monats (Zahltag) für den laufenden Kalendermonat auf ein von </w:t>
      </w:r>
    </w:p>
    <w:p w14:paraId="674613F7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der/dem Auszubildenden benanntes Konto im Inland zu zahlen. </w:t>
      </w:r>
    </w:p>
    <w:p w14:paraId="0678E145" w14:textId="77777777" w:rsidR="00623C5B" w:rsidRDefault="00FD7DB5">
      <w:pPr>
        <w:widowControl w:val="0"/>
        <w:spacing w:before="295" w:line="258" w:lineRule="exact"/>
        <w:ind w:left="1416"/>
      </w:pPr>
      <w:r>
        <w:rPr>
          <w:color w:val="000000"/>
        </w:rPr>
        <w:t xml:space="preserve">(2) Eine Vergütung oder Ausgleich von Überstunden erfolgt nach den jeweils aktuell </w:t>
      </w:r>
    </w:p>
    <w:p w14:paraId="6666D52D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gültigen Betriebsvereinbarungen. </w:t>
      </w:r>
      <w:r>
        <w:rPr>
          <w:color w:val="538135"/>
        </w:rPr>
        <w:t xml:space="preserve">Alternativ: Eine Vergütung von Überstunden ist </w:t>
      </w:r>
    </w:p>
    <w:p w14:paraId="120D19A2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>nicht vereinbart, der Ausgleich erfolgt im Rahmen der jeweils gültigen Betriebsverein-</w:t>
      </w:r>
    </w:p>
    <w:p w14:paraId="1B9D201D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>barungen, insbesondere der Gleitzeitregelung.</w:t>
      </w:r>
    </w:p>
    <w:p w14:paraId="75E5BE37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000000"/>
        </w:rPr>
        <w:t xml:space="preserve">(3) Unter den Voraussetzungen des § 14 TVAöD-BBiG haben Auszubildende einen </w:t>
      </w:r>
    </w:p>
    <w:p w14:paraId="09BF4157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>Anspruch auf Jahressonderzahlung. Diese beträgt grundsätzlich derzeit 90 % des Aus-</w:t>
      </w:r>
    </w:p>
    <w:p w14:paraId="093A55BD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bildungsentgelts nach § 6 Abs. 1 Satz 1, das der/dem Auszubildenden für November </w:t>
      </w:r>
    </w:p>
    <w:p w14:paraId="1DF7F0CE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zusteht. </w:t>
      </w:r>
    </w:p>
    <w:p w14:paraId="4BDDCAB4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538135"/>
        </w:rPr>
        <w:t>(4) Bei Beendigung des Ausbildungsverhältnisses aufgrund der erfolgreich abge-</w:t>
      </w:r>
    </w:p>
    <w:p w14:paraId="16B63A41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>schlossenen Abschlussprüfung erhält die/der Auszubildende gemäß § 17 TVAöD-</w:t>
      </w:r>
    </w:p>
    <w:p w14:paraId="67E58170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BBiG eine Abschlussprämie als Einmalzahlung in Höhe von derzeit 400,00 Euro. Die </w:t>
      </w:r>
    </w:p>
    <w:p w14:paraId="6AA39DDF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>Abschlussprämie ist kein zusatzversorgungspflichtiges Entgelt. Sie ist nach Beste-</w:t>
      </w:r>
    </w:p>
    <w:p w14:paraId="21EC5B57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>hen der Abschlussprüfung bzw. der staatlichen Prüfung fällig.</w:t>
      </w:r>
    </w:p>
    <w:p w14:paraId="0378DE98" w14:textId="77777777" w:rsidR="00623C5B" w:rsidRDefault="00FD7DB5">
      <w:pPr>
        <w:widowControl w:val="0"/>
        <w:spacing w:before="292" w:line="258" w:lineRule="exact"/>
        <w:ind w:left="1416"/>
      </w:pPr>
      <w:r>
        <w:rPr>
          <w:color w:val="538135"/>
        </w:rPr>
        <w:t>(5) Absatz 4 gilt nicht, wenn die/der Auszubildende ihre/seine Ausbildung nach erfolg-</w:t>
      </w:r>
    </w:p>
    <w:p w14:paraId="4F00135B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loser Prüfung aufgrund einer Wiederholungsprüfung abschließt. </w:t>
      </w:r>
    </w:p>
    <w:p w14:paraId="50F3755B" w14:textId="77777777" w:rsidR="00623C5B" w:rsidRDefault="00FD7DB5">
      <w:pPr>
        <w:widowControl w:val="0"/>
        <w:spacing w:before="842" w:line="258" w:lineRule="exact"/>
        <w:ind w:left="4722"/>
      </w:pPr>
      <w:r>
        <w:rPr>
          <w:b/>
          <w:color w:val="000000"/>
        </w:rPr>
        <w:t>§ 8 Urlaubsanspruch</w:t>
      </w:r>
      <w:r>
        <w:rPr>
          <w:color w:val="FF0000"/>
          <w:sz w:val="16"/>
        </w:rPr>
        <w:t>6</w:t>
      </w:r>
    </w:p>
    <w:p w14:paraId="26EA0218" w14:textId="77777777" w:rsidR="00623C5B" w:rsidRDefault="00FD7DB5">
      <w:pPr>
        <w:widowControl w:val="0"/>
        <w:spacing w:before="298" w:line="258" w:lineRule="exact"/>
        <w:ind w:left="1416"/>
      </w:pPr>
      <w:r>
        <w:rPr>
          <w:color w:val="000000"/>
        </w:rPr>
        <w:t xml:space="preserve">Die/Der Auszubildende erhält Erholungsurlaub nach § 9 Abs. 1 und 3 TVAöD-BBiG. </w:t>
      </w:r>
    </w:p>
    <w:p w14:paraId="7A5F2AFB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>Hiernach beträgt der Erholungsurlaub zurzeit</w:t>
      </w:r>
    </w:p>
    <w:p w14:paraId="3000DE57" w14:textId="6C8B3E9B" w:rsidR="00623C5B" w:rsidRDefault="00FD7DB5">
      <w:pPr>
        <w:widowControl w:val="0"/>
        <w:tabs>
          <w:tab w:val="left" w:pos="2125"/>
          <w:tab w:val="left" w:pos="2833"/>
          <w:tab w:val="left" w:pos="4957"/>
        </w:tabs>
        <w:spacing w:before="294" w:line="258" w:lineRule="exact"/>
        <w:ind w:left="2124"/>
      </w:pPr>
      <w:proofErr w:type="spellStart"/>
      <w:r>
        <w:rPr>
          <w:color w:val="000000"/>
        </w:rPr>
        <w:t>vom</w:t>
      </w:r>
      <w:proofErr w:type="spellEnd"/>
      <w:r>
        <w:rPr>
          <w:color w:val="000000"/>
        </w:rPr>
        <w:t xml:space="preserve"> ______   </w:t>
      </w:r>
      <w:r>
        <w:tab/>
      </w:r>
      <w:r>
        <w:rPr>
          <w:color w:val="000000"/>
        </w:rPr>
        <w:t xml:space="preserve">bis </w:t>
      </w:r>
      <w:r>
        <w:tab/>
      </w:r>
      <w:r>
        <w:rPr>
          <w:color w:val="000000"/>
        </w:rPr>
        <w:t xml:space="preserve">31.12.202x  </w:t>
      </w:r>
      <w:r>
        <w:tab/>
      </w:r>
      <w:r w:rsidR="00895300">
        <w:tab/>
      </w:r>
      <w:r>
        <w:rPr>
          <w:color w:val="000000"/>
        </w:rPr>
        <w:t xml:space="preserve">xx </w:t>
      </w:r>
      <w:proofErr w:type="spellStart"/>
      <w:r>
        <w:rPr>
          <w:color w:val="000000"/>
        </w:rPr>
        <w:t>Ausbildungstage</w:t>
      </w:r>
      <w:proofErr w:type="spellEnd"/>
      <w:r>
        <w:rPr>
          <w:color w:val="000000"/>
        </w:rPr>
        <w:t xml:space="preserve">, </w:t>
      </w:r>
    </w:p>
    <w:p w14:paraId="2C5E6C86" w14:textId="34EDAE3B" w:rsidR="00623C5B" w:rsidRDefault="00FD7DB5">
      <w:pPr>
        <w:widowControl w:val="0"/>
        <w:tabs>
          <w:tab w:val="left" w:pos="2125"/>
          <w:tab w:val="left" w:pos="2833"/>
          <w:tab w:val="left" w:pos="4957"/>
        </w:tabs>
        <w:spacing w:before="19" w:line="258" w:lineRule="exact"/>
        <w:ind w:left="2124"/>
      </w:pPr>
      <w:proofErr w:type="spellStart"/>
      <w:r>
        <w:rPr>
          <w:color w:val="000000"/>
        </w:rPr>
        <w:t>vom</w:t>
      </w:r>
      <w:proofErr w:type="spellEnd"/>
      <w:r>
        <w:rPr>
          <w:color w:val="000000"/>
        </w:rPr>
        <w:t xml:space="preserve"> 1.1.202x </w:t>
      </w:r>
      <w:r>
        <w:tab/>
      </w:r>
      <w:r>
        <w:rPr>
          <w:color w:val="000000"/>
        </w:rPr>
        <w:t xml:space="preserve">bis </w:t>
      </w:r>
      <w:r>
        <w:tab/>
      </w:r>
      <w:r>
        <w:rPr>
          <w:color w:val="000000"/>
        </w:rPr>
        <w:t xml:space="preserve">31.12.202x  </w:t>
      </w:r>
      <w:r>
        <w:tab/>
      </w:r>
      <w:r w:rsidR="00895300">
        <w:tab/>
      </w:r>
      <w:r>
        <w:rPr>
          <w:color w:val="000000"/>
        </w:rPr>
        <w:t xml:space="preserve">xx </w:t>
      </w:r>
      <w:proofErr w:type="spellStart"/>
      <w:r>
        <w:rPr>
          <w:color w:val="000000"/>
        </w:rPr>
        <w:t>Ausbildungstage</w:t>
      </w:r>
      <w:proofErr w:type="spellEnd"/>
      <w:r>
        <w:rPr>
          <w:color w:val="000000"/>
        </w:rPr>
        <w:t xml:space="preserve">, </w:t>
      </w:r>
    </w:p>
    <w:p w14:paraId="3D761E02" w14:textId="1D41D2E5" w:rsidR="00623C5B" w:rsidRDefault="00FD7DB5">
      <w:pPr>
        <w:widowControl w:val="0"/>
        <w:tabs>
          <w:tab w:val="left" w:pos="2125"/>
          <w:tab w:val="left" w:pos="2833"/>
          <w:tab w:val="left" w:pos="4957"/>
        </w:tabs>
        <w:spacing w:before="18" w:line="258" w:lineRule="exact"/>
        <w:ind w:left="2124"/>
      </w:pPr>
      <w:proofErr w:type="spellStart"/>
      <w:r>
        <w:rPr>
          <w:color w:val="000000"/>
        </w:rPr>
        <w:t>vom</w:t>
      </w:r>
      <w:proofErr w:type="spellEnd"/>
      <w:r>
        <w:rPr>
          <w:color w:val="000000"/>
        </w:rPr>
        <w:t xml:space="preserve"> 1.1.202x </w:t>
      </w:r>
      <w:r>
        <w:tab/>
      </w:r>
      <w:r>
        <w:rPr>
          <w:color w:val="000000"/>
        </w:rPr>
        <w:t xml:space="preserve">bis </w:t>
      </w:r>
      <w:r>
        <w:tab/>
      </w:r>
      <w:r>
        <w:rPr>
          <w:color w:val="000000"/>
        </w:rPr>
        <w:t xml:space="preserve">31.12.202x  </w:t>
      </w:r>
      <w:r>
        <w:tab/>
      </w:r>
      <w:r w:rsidR="00895300">
        <w:tab/>
      </w:r>
      <w:r>
        <w:rPr>
          <w:color w:val="000000"/>
        </w:rPr>
        <w:t xml:space="preserve">xx </w:t>
      </w:r>
      <w:proofErr w:type="spellStart"/>
      <w:r>
        <w:rPr>
          <w:color w:val="000000"/>
        </w:rPr>
        <w:t>Ausbildungstage</w:t>
      </w:r>
      <w:proofErr w:type="spellEnd"/>
      <w:r>
        <w:rPr>
          <w:color w:val="000000"/>
        </w:rPr>
        <w:t xml:space="preserve">, </w:t>
      </w:r>
    </w:p>
    <w:p w14:paraId="7769F795" w14:textId="36BB4E93" w:rsidR="00623C5B" w:rsidRDefault="00FD7DB5">
      <w:pPr>
        <w:widowControl w:val="0"/>
        <w:tabs>
          <w:tab w:val="left" w:pos="2125"/>
          <w:tab w:val="left" w:pos="2833"/>
          <w:tab w:val="left" w:pos="4957"/>
        </w:tabs>
        <w:spacing w:before="18" w:line="258" w:lineRule="exact"/>
        <w:ind w:left="2124"/>
      </w:pPr>
      <w:proofErr w:type="spellStart"/>
      <w:r>
        <w:rPr>
          <w:color w:val="000000"/>
        </w:rPr>
        <w:t>vom</w:t>
      </w:r>
      <w:proofErr w:type="spellEnd"/>
      <w:r>
        <w:rPr>
          <w:color w:val="000000"/>
        </w:rPr>
        <w:t xml:space="preserve"> 1.1.202x </w:t>
      </w:r>
      <w:r>
        <w:tab/>
      </w:r>
      <w:r>
        <w:rPr>
          <w:color w:val="000000"/>
        </w:rPr>
        <w:t xml:space="preserve">bis </w:t>
      </w:r>
      <w:r>
        <w:tab/>
      </w:r>
      <w:r>
        <w:rPr>
          <w:color w:val="000000"/>
        </w:rPr>
        <w:t xml:space="preserve">_________  </w:t>
      </w:r>
      <w:r>
        <w:tab/>
      </w:r>
      <w:r w:rsidR="00895300">
        <w:tab/>
      </w:r>
      <w:r>
        <w:rPr>
          <w:color w:val="000000"/>
        </w:rPr>
        <w:t>xx</w:t>
      </w:r>
      <w:r w:rsidR="00895300">
        <w:rPr>
          <w:color w:val="000000"/>
        </w:rPr>
        <w:t xml:space="preserve"> </w:t>
      </w:r>
      <w:proofErr w:type="spellStart"/>
      <w:r>
        <w:rPr>
          <w:color w:val="000000"/>
        </w:rPr>
        <w:t>Ausbildungstage</w:t>
      </w:r>
      <w:proofErr w:type="spellEnd"/>
      <w:r>
        <w:rPr>
          <w:color w:val="000000"/>
        </w:rPr>
        <w:t xml:space="preserve">. </w:t>
      </w:r>
    </w:p>
    <w:p w14:paraId="374C0C8F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538135"/>
        </w:rPr>
        <w:t xml:space="preserve">Der Urlaub ist möglichst zusammenhängend in der berufsschul-/seminarfreien Zeit zu </w:t>
      </w:r>
    </w:p>
    <w:p w14:paraId="7B8AA67B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nehmen. </w:t>
      </w:r>
    </w:p>
    <w:p w14:paraId="1121C967" w14:textId="77777777" w:rsidR="00623C5B" w:rsidRDefault="00FD7DB5">
      <w:r>
        <w:br w:type="page"/>
      </w:r>
    </w:p>
    <w:p w14:paraId="58382CB0" w14:textId="77777777" w:rsidR="00623C5B" w:rsidRDefault="00FD7DB5">
      <w:pPr>
        <w:widowControl w:val="0"/>
        <w:spacing w:before="632" w:line="258" w:lineRule="exact"/>
        <w:ind w:left="4292"/>
      </w:pPr>
      <w:r>
        <w:rPr>
          <w:b/>
          <w:color w:val="000000"/>
        </w:rPr>
        <w:t xml:space="preserve">§ 9 Kündigung des Vertrages </w:t>
      </w:r>
    </w:p>
    <w:p w14:paraId="7E174595" w14:textId="77777777" w:rsidR="00623C5B" w:rsidRDefault="00FD7DB5">
      <w:pPr>
        <w:widowControl w:val="0"/>
        <w:spacing w:before="253" w:line="258" w:lineRule="exact"/>
        <w:ind w:left="1416"/>
      </w:pPr>
      <w:r>
        <w:rPr>
          <w:color w:val="000000"/>
        </w:rPr>
        <w:t xml:space="preserve">Der Ausbildungsvertrag kann nach Maßgabe des § 22 BBiG i. V. m. § 3 Abs. 2 und  </w:t>
      </w:r>
    </w:p>
    <w:p w14:paraId="5DD569AD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000000"/>
        </w:rPr>
        <w:t xml:space="preserve">§ 16 Abs. 4 TVAöD-BBiG gekündigt werden. </w:t>
      </w:r>
    </w:p>
    <w:p w14:paraId="5F43F820" w14:textId="77777777" w:rsidR="00623C5B" w:rsidRDefault="00FD7DB5">
      <w:pPr>
        <w:widowControl w:val="0"/>
        <w:spacing w:before="294" w:line="258" w:lineRule="exact"/>
        <w:ind w:left="1416"/>
      </w:pPr>
      <w:r>
        <w:rPr>
          <w:color w:val="538135"/>
        </w:rPr>
        <w:t xml:space="preserve">Alternativ: Der Ausbildungsvertrag kann nach Maßgabe des § 3 Abs. 2 TVAöD – BBiG </w:t>
      </w:r>
    </w:p>
    <w:p w14:paraId="4D92BB24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und des § 16 Abs. 4 TVAöD-BBiG gekündigt werden. Diese Tarifregelungen haben </w:t>
      </w:r>
    </w:p>
    <w:p w14:paraId="112233EA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zurzeit folgenden Wortlaut: </w:t>
      </w:r>
    </w:p>
    <w:p w14:paraId="682E57B2" w14:textId="77777777" w:rsidR="00623C5B" w:rsidRPr="00895300" w:rsidRDefault="00FD7DB5">
      <w:pPr>
        <w:widowControl w:val="0"/>
        <w:spacing w:before="201" w:line="237" w:lineRule="exact"/>
        <w:ind w:left="1416"/>
        <w:rPr>
          <w:u w:val="single"/>
        </w:rPr>
      </w:pPr>
      <w:r w:rsidRPr="00895300">
        <w:rPr>
          <w:color w:val="538135"/>
          <w:sz w:val="22"/>
          <w:u w:val="single"/>
        </w:rPr>
        <w:t xml:space="preserve">§ 3 Abs. 2 TVAöD-BBiG: </w:t>
      </w:r>
    </w:p>
    <w:p w14:paraId="54E730A3" w14:textId="77777777" w:rsidR="00623C5B" w:rsidRDefault="00FD7DB5">
      <w:pPr>
        <w:widowControl w:val="0"/>
        <w:spacing w:before="17" w:line="237" w:lineRule="exact"/>
        <w:ind w:left="1416"/>
      </w:pPr>
      <w:r>
        <w:rPr>
          <w:color w:val="538135"/>
          <w:sz w:val="22"/>
        </w:rPr>
        <w:t>Während der Probezeit kann das Ausbildungsverhältnis von beiden Seiten jederzeit ohne Ein-</w:t>
      </w:r>
    </w:p>
    <w:p w14:paraId="4441C969" w14:textId="77777777" w:rsidR="00623C5B" w:rsidRDefault="00FD7DB5">
      <w:pPr>
        <w:widowControl w:val="0"/>
        <w:spacing w:before="15" w:line="237" w:lineRule="exact"/>
        <w:ind w:left="1416"/>
      </w:pPr>
      <w:r>
        <w:rPr>
          <w:color w:val="538135"/>
          <w:sz w:val="22"/>
        </w:rPr>
        <w:t xml:space="preserve">halten einer Kündigungsfrist gekündigt werden. </w:t>
      </w:r>
    </w:p>
    <w:p w14:paraId="2AD8A613" w14:textId="77777777" w:rsidR="00623C5B" w:rsidRPr="00895300" w:rsidRDefault="00FD7DB5">
      <w:pPr>
        <w:widowControl w:val="0"/>
        <w:spacing w:before="15" w:line="237" w:lineRule="exact"/>
        <w:ind w:left="1416"/>
        <w:rPr>
          <w:u w:val="single"/>
        </w:rPr>
      </w:pPr>
      <w:r w:rsidRPr="00895300">
        <w:rPr>
          <w:color w:val="538135"/>
          <w:sz w:val="22"/>
          <w:u w:val="single"/>
        </w:rPr>
        <w:t xml:space="preserve">§ 16 Abs. 4 TVAöD-BBiG: </w:t>
      </w:r>
    </w:p>
    <w:p w14:paraId="5467F414" w14:textId="77777777" w:rsidR="00623C5B" w:rsidRDefault="00FD7DB5">
      <w:pPr>
        <w:widowControl w:val="0"/>
        <w:spacing w:before="17" w:line="237" w:lineRule="exact"/>
        <w:ind w:left="1416"/>
      </w:pPr>
      <w:r>
        <w:rPr>
          <w:color w:val="538135"/>
          <w:sz w:val="22"/>
        </w:rPr>
        <w:t>Nach der Probezeit (§ 3) kann das Ausbildungsverhältnis unbeschadet der gesetzlichen Kün-</w:t>
      </w:r>
    </w:p>
    <w:p w14:paraId="330B808D" w14:textId="77777777" w:rsidR="00623C5B" w:rsidRDefault="00FD7DB5">
      <w:pPr>
        <w:widowControl w:val="0"/>
        <w:spacing w:before="15" w:line="237" w:lineRule="exact"/>
        <w:ind w:left="1416"/>
      </w:pPr>
      <w:r>
        <w:rPr>
          <w:color w:val="538135"/>
          <w:sz w:val="22"/>
        </w:rPr>
        <w:t xml:space="preserve">digungsgründe nur gekündigt werden </w:t>
      </w:r>
    </w:p>
    <w:p w14:paraId="5B4F8088" w14:textId="77777777" w:rsidR="00623C5B" w:rsidRDefault="00FD7DB5">
      <w:pPr>
        <w:widowControl w:val="0"/>
        <w:spacing w:before="17" w:line="237" w:lineRule="exact"/>
        <w:ind w:left="2124"/>
      </w:pPr>
      <w:r>
        <w:rPr>
          <w:color w:val="538135"/>
          <w:sz w:val="22"/>
        </w:rPr>
        <w:t xml:space="preserve">a) aus einem sonstigen wichtigen Grund ohne Einhalten einer Kündigungsfrist, </w:t>
      </w:r>
    </w:p>
    <w:p w14:paraId="1402BD0C" w14:textId="77777777" w:rsidR="00623C5B" w:rsidRDefault="00FD7DB5">
      <w:pPr>
        <w:widowControl w:val="0"/>
        <w:spacing w:before="15" w:line="237" w:lineRule="exact"/>
        <w:ind w:left="2124"/>
      </w:pPr>
      <w:r>
        <w:rPr>
          <w:color w:val="538135"/>
          <w:sz w:val="22"/>
        </w:rPr>
        <w:t xml:space="preserve">b) vom Auszubildenden mit einer Kündigungsfrist von vier Wochen. </w:t>
      </w:r>
    </w:p>
    <w:p w14:paraId="481B2E74" w14:textId="77777777" w:rsidR="00623C5B" w:rsidRDefault="00FD7DB5">
      <w:pPr>
        <w:widowControl w:val="0"/>
        <w:spacing w:before="268" w:line="258" w:lineRule="exact"/>
        <w:ind w:left="1416"/>
      </w:pPr>
      <w:r>
        <w:rPr>
          <w:color w:val="538135"/>
        </w:rPr>
        <w:t xml:space="preserve">Die Kündigung muss schriftlich und in den Fällen des § 16 Abs. 4 TVAöD-BBiG unter </w:t>
      </w:r>
    </w:p>
    <w:p w14:paraId="55D201B7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Angabe der Kündigungsgründe erfolgen. Im Übrigen gilt § 22 BBiG. </w:t>
      </w:r>
    </w:p>
    <w:p w14:paraId="7498A0B2" w14:textId="77777777" w:rsidR="00623C5B" w:rsidRDefault="00FD7DB5">
      <w:pPr>
        <w:widowControl w:val="0"/>
        <w:spacing w:before="475" w:line="258" w:lineRule="exact"/>
        <w:ind w:left="4518"/>
      </w:pPr>
      <w:r>
        <w:rPr>
          <w:b/>
          <w:color w:val="538135"/>
        </w:rPr>
        <w:t xml:space="preserve">§ 10 Übernahmeregelung </w:t>
      </w:r>
    </w:p>
    <w:p w14:paraId="1E59B6FD" w14:textId="77777777" w:rsidR="00623C5B" w:rsidRDefault="00FD7DB5">
      <w:pPr>
        <w:widowControl w:val="0"/>
        <w:spacing w:before="298" w:line="258" w:lineRule="exact"/>
        <w:ind w:left="1416"/>
      </w:pPr>
      <w:r>
        <w:rPr>
          <w:color w:val="538135"/>
        </w:rPr>
        <w:t xml:space="preserve">Für eine Übernahme in ein Anstellungsverhältnis ist grundsätzlich § 16 a TVöD-BBiG </w:t>
      </w:r>
    </w:p>
    <w:p w14:paraId="72CDD828" w14:textId="77777777" w:rsidR="00623C5B" w:rsidRDefault="00FD7DB5">
      <w:pPr>
        <w:widowControl w:val="0"/>
        <w:spacing w:before="16" w:line="258" w:lineRule="exact"/>
        <w:ind w:left="1416"/>
      </w:pPr>
      <w:r>
        <w:rPr>
          <w:color w:val="538135"/>
        </w:rPr>
        <w:t>in der zum Zeitpunkt des Bestehens der Abschlussprüfung geltenden Fassung zu-</w:t>
      </w:r>
    </w:p>
    <w:p w14:paraId="5DEA64F9" w14:textId="77777777" w:rsidR="00623C5B" w:rsidRDefault="00FD7DB5">
      <w:pPr>
        <w:widowControl w:val="0"/>
        <w:spacing w:before="18" w:line="258" w:lineRule="exact"/>
        <w:ind w:left="1416"/>
      </w:pPr>
      <w:r>
        <w:rPr>
          <w:color w:val="538135"/>
        </w:rPr>
        <w:t xml:space="preserve">grunde zu legen. </w:t>
      </w:r>
    </w:p>
    <w:p w14:paraId="04309AC6" w14:textId="77777777" w:rsidR="00623C5B" w:rsidRDefault="00FD7DB5">
      <w:pPr>
        <w:widowControl w:val="0"/>
        <w:spacing w:before="479" w:line="258" w:lineRule="exact"/>
        <w:ind w:left="1416"/>
      </w:pPr>
      <w:r>
        <w:rPr>
          <w:color w:val="FF0000"/>
          <w:sz w:val="16"/>
        </w:rPr>
        <w:t>7</w:t>
      </w:r>
      <w:r>
        <w:rPr>
          <w:color w:val="538135"/>
        </w:rPr>
        <w:t>- Weitere Vertragspunkte</w:t>
      </w:r>
    </w:p>
    <w:p w14:paraId="57AE4A23" w14:textId="65DB2E78" w:rsidR="00623C5B" w:rsidRDefault="00FD7DB5">
      <w:pPr>
        <w:widowControl w:val="0"/>
        <w:tabs>
          <w:tab w:val="left" w:pos="4957"/>
        </w:tabs>
        <w:spacing w:before="570" w:line="258" w:lineRule="exact"/>
        <w:ind w:left="1416"/>
      </w:pPr>
      <w:r>
        <w:rPr>
          <w:color w:val="000000"/>
        </w:rPr>
        <w:t xml:space="preserve">......................................................... </w:t>
      </w:r>
      <w:r>
        <w:tab/>
      </w:r>
      <w:r w:rsidR="00895300">
        <w:tab/>
      </w:r>
      <w:r>
        <w:rPr>
          <w:color w:val="000000"/>
        </w:rPr>
        <w:t xml:space="preserve">............................................................. </w:t>
      </w:r>
    </w:p>
    <w:p w14:paraId="545F00FF" w14:textId="17FB7392" w:rsidR="00623C5B" w:rsidRDefault="00FD7DB5">
      <w:pPr>
        <w:widowControl w:val="0"/>
        <w:tabs>
          <w:tab w:val="left" w:pos="4957"/>
        </w:tabs>
        <w:spacing w:before="22" w:line="214" w:lineRule="exact"/>
        <w:ind w:left="1416"/>
        <w:rPr>
          <w:color w:val="000000"/>
          <w:sz w:val="19"/>
        </w:rPr>
      </w:pPr>
      <w:r>
        <w:rPr>
          <w:color w:val="000000"/>
          <w:sz w:val="19"/>
        </w:rPr>
        <w:t>(Ort, Datum)</w:t>
      </w:r>
      <w:r>
        <w:tab/>
      </w:r>
      <w:r w:rsidR="00895300">
        <w:tab/>
      </w:r>
      <w:r w:rsidR="00895300">
        <w:tab/>
      </w:r>
      <w:r w:rsidR="00895300">
        <w:tab/>
      </w:r>
      <w:r>
        <w:rPr>
          <w:color w:val="000000"/>
          <w:sz w:val="19"/>
        </w:rPr>
        <w:t>(Ort, Datum)</w:t>
      </w:r>
    </w:p>
    <w:p w14:paraId="609D4A5C" w14:textId="77777777" w:rsidR="00895300" w:rsidRDefault="00895300">
      <w:pPr>
        <w:widowControl w:val="0"/>
        <w:tabs>
          <w:tab w:val="left" w:pos="4957"/>
        </w:tabs>
        <w:spacing w:before="22" w:line="214" w:lineRule="exact"/>
        <w:ind w:left="1416"/>
      </w:pPr>
    </w:p>
    <w:p w14:paraId="671D1B03" w14:textId="77777777" w:rsidR="00895300" w:rsidRDefault="00895300">
      <w:pPr>
        <w:widowControl w:val="0"/>
        <w:tabs>
          <w:tab w:val="left" w:pos="4957"/>
        </w:tabs>
        <w:spacing w:before="22" w:line="214" w:lineRule="exact"/>
        <w:ind w:left="1416"/>
      </w:pPr>
    </w:p>
    <w:p w14:paraId="6462D5E5" w14:textId="3AD78068" w:rsidR="00895300" w:rsidRDefault="00895300" w:rsidP="00895300">
      <w:pPr>
        <w:widowControl w:val="0"/>
        <w:spacing w:line="258" w:lineRule="exact"/>
        <w:ind w:left="696" w:firstLine="720"/>
      </w:pPr>
      <w:r>
        <w:rPr>
          <w:color w:val="000000"/>
        </w:rPr>
        <w:t xml:space="preserve">………………………………………...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……………………………………………</w:t>
      </w:r>
    </w:p>
    <w:p w14:paraId="60C6BAB0" w14:textId="77777777" w:rsidR="00895300" w:rsidRDefault="00FD7DB5" w:rsidP="00895300">
      <w:pPr>
        <w:widowControl w:val="0"/>
        <w:spacing w:line="214" w:lineRule="exact"/>
        <w:ind w:left="696" w:firstLine="720"/>
      </w:pPr>
      <w:r>
        <w:rPr>
          <w:color w:val="000000"/>
          <w:sz w:val="19"/>
        </w:rPr>
        <w:t>(</w:t>
      </w:r>
      <w:proofErr w:type="spellStart"/>
      <w:r>
        <w:rPr>
          <w:color w:val="000000"/>
          <w:sz w:val="19"/>
        </w:rPr>
        <w:t>Ausbildende</w:t>
      </w:r>
      <w:proofErr w:type="spellEnd"/>
      <w:r>
        <w:rPr>
          <w:color w:val="000000"/>
          <w:sz w:val="19"/>
        </w:rPr>
        <w:t>/-r)</w:t>
      </w:r>
      <w:r w:rsidR="00895300">
        <w:rPr>
          <w:color w:val="000000"/>
          <w:sz w:val="19"/>
        </w:rPr>
        <w:tab/>
      </w:r>
      <w:r w:rsidR="00895300">
        <w:rPr>
          <w:color w:val="000000"/>
          <w:sz w:val="19"/>
        </w:rPr>
        <w:tab/>
      </w:r>
      <w:r w:rsidR="00895300">
        <w:rPr>
          <w:color w:val="000000"/>
          <w:sz w:val="19"/>
        </w:rPr>
        <w:tab/>
      </w:r>
      <w:r w:rsidR="00895300">
        <w:rPr>
          <w:color w:val="000000"/>
          <w:sz w:val="19"/>
        </w:rPr>
        <w:tab/>
      </w:r>
      <w:r w:rsidR="00895300">
        <w:rPr>
          <w:color w:val="000000"/>
          <w:sz w:val="19"/>
        </w:rPr>
        <w:tab/>
      </w:r>
      <w:r w:rsidR="00895300">
        <w:rPr>
          <w:color w:val="000000"/>
          <w:sz w:val="19"/>
        </w:rPr>
        <w:tab/>
      </w:r>
      <w:r w:rsidR="00895300">
        <w:rPr>
          <w:color w:val="000000"/>
          <w:sz w:val="19"/>
        </w:rPr>
        <w:t>(</w:t>
      </w:r>
      <w:proofErr w:type="spellStart"/>
      <w:r w:rsidR="00895300">
        <w:rPr>
          <w:color w:val="000000"/>
          <w:sz w:val="19"/>
        </w:rPr>
        <w:t>Unterschrift</w:t>
      </w:r>
      <w:proofErr w:type="spellEnd"/>
      <w:r w:rsidR="00895300">
        <w:rPr>
          <w:color w:val="000000"/>
          <w:sz w:val="19"/>
        </w:rPr>
        <w:t xml:space="preserve"> </w:t>
      </w:r>
      <w:proofErr w:type="spellStart"/>
      <w:r w:rsidR="00895300">
        <w:rPr>
          <w:color w:val="000000"/>
          <w:sz w:val="19"/>
        </w:rPr>
        <w:t>Auszubildende</w:t>
      </w:r>
      <w:proofErr w:type="spellEnd"/>
      <w:r w:rsidR="00895300">
        <w:rPr>
          <w:color w:val="000000"/>
          <w:sz w:val="19"/>
        </w:rPr>
        <w:t>/-r)</w:t>
      </w:r>
    </w:p>
    <w:p w14:paraId="767401CF" w14:textId="42F4EC12" w:rsidR="00623C5B" w:rsidRDefault="00623C5B" w:rsidP="00895300">
      <w:pPr>
        <w:widowControl w:val="0"/>
        <w:spacing w:line="214" w:lineRule="exact"/>
        <w:ind w:left="1416"/>
      </w:pPr>
    </w:p>
    <w:p w14:paraId="01669C01" w14:textId="77777777" w:rsidR="00895300" w:rsidRDefault="00895300" w:rsidP="00895300">
      <w:pPr>
        <w:widowControl w:val="0"/>
        <w:spacing w:line="214" w:lineRule="exact"/>
        <w:ind w:left="1416"/>
      </w:pPr>
    </w:p>
    <w:p w14:paraId="662E6C3C" w14:textId="77777777" w:rsidR="00623C5B" w:rsidRDefault="00FD7DB5">
      <w:pPr>
        <w:widowControl w:val="0"/>
        <w:spacing w:line="258" w:lineRule="exact"/>
        <w:ind w:left="1416"/>
      </w:pPr>
      <w:r>
        <w:rPr>
          <w:color w:val="000000"/>
        </w:rPr>
        <w:t xml:space="preserve">………………………………………… </w:t>
      </w:r>
    </w:p>
    <w:p w14:paraId="1DFB210D" w14:textId="77777777" w:rsidR="00623C5B" w:rsidRDefault="00FD7DB5">
      <w:pPr>
        <w:widowControl w:val="0"/>
        <w:spacing w:line="214" w:lineRule="exact"/>
        <w:ind w:left="1419"/>
      </w:pPr>
      <w:r>
        <w:rPr>
          <w:color w:val="000000"/>
          <w:sz w:val="19"/>
        </w:rPr>
        <w:t xml:space="preserve">(2. Unterschriftsbefugte/-r)) </w:t>
      </w:r>
    </w:p>
    <w:p w14:paraId="462FAEBD" w14:textId="77777777" w:rsidR="00623C5B" w:rsidRDefault="00FD7DB5">
      <w:pPr>
        <w:widowControl w:val="0"/>
        <w:spacing w:line="258" w:lineRule="exact"/>
        <w:ind w:left="6373"/>
      </w:pPr>
      <w:r>
        <w:rPr>
          <w:color w:val="000000"/>
        </w:rPr>
        <w:t xml:space="preserve">Die Gesetzlichen Vertreter </w:t>
      </w:r>
    </w:p>
    <w:p w14:paraId="2E4F5949" w14:textId="77777777" w:rsidR="00623C5B" w:rsidRDefault="00FD7DB5">
      <w:pPr>
        <w:widowControl w:val="0"/>
        <w:spacing w:line="258" w:lineRule="exact"/>
        <w:ind w:left="6373"/>
      </w:pPr>
      <w:r>
        <w:rPr>
          <w:color w:val="000000"/>
        </w:rPr>
        <w:t xml:space="preserve">der/des Auszubildenden </w:t>
      </w:r>
    </w:p>
    <w:p w14:paraId="35210A14" w14:textId="77777777" w:rsidR="00623C5B" w:rsidRDefault="00FD7DB5">
      <w:pPr>
        <w:widowControl w:val="0"/>
        <w:spacing w:line="214" w:lineRule="exact"/>
        <w:ind w:left="6381"/>
      </w:pPr>
      <w:r>
        <w:rPr>
          <w:color w:val="000000"/>
          <w:sz w:val="19"/>
        </w:rPr>
        <w:t xml:space="preserve">(Falls nur ein Elternteil erziehungsberechtigt </w:t>
      </w:r>
    </w:p>
    <w:p w14:paraId="4F8C82D2" w14:textId="77777777" w:rsidR="00623C5B" w:rsidRDefault="00FD7DB5">
      <w:pPr>
        <w:widowControl w:val="0"/>
        <w:spacing w:line="214" w:lineRule="exact"/>
        <w:ind w:left="6381"/>
      </w:pPr>
      <w:r>
        <w:rPr>
          <w:color w:val="000000"/>
          <w:sz w:val="19"/>
        </w:rPr>
        <w:t xml:space="preserve">ist, bitte vermerken!) </w:t>
      </w:r>
    </w:p>
    <w:p w14:paraId="5C839F29" w14:textId="77777777" w:rsidR="00623C5B" w:rsidRDefault="00FD7DB5">
      <w:pPr>
        <w:widowControl w:val="0"/>
        <w:spacing w:line="258" w:lineRule="exact"/>
        <w:ind w:left="2127"/>
      </w:pPr>
      <w:r>
        <w:rPr>
          <w:color w:val="000000"/>
        </w:rPr>
        <w:t>(Siegel)</w:t>
      </w:r>
    </w:p>
    <w:p w14:paraId="407DBED0" w14:textId="77777777" w:rsidR="00623C5B" w:rsidRDefault="00FD7DB5">
      <w:pPr>
        <w:widowControl w:val="0"/>
        <w:spacing w:before="145" w:line="258" w:lineRule="exact"/>
        <w:ind w:left="6373"/>
      </w:pPr>
      <w:r>
        <w:rPr>
          <w:color w:val="000000"/>
        </w:rPr>
        <w:t xml:space="preserve">…………………………………………… </w:t>
      </w:r>
    </w:p>
    <w:p w14:paraId="330E0003" w14:textId="77777777" w:rsidR="00623C5B" w:rsidRDefault="00FD7DB5">
      <w:pPr>
        <w:widowControl w:val="0"/>
        <w:spacing w:before="22" w:line="214" w:lineRule="exact"/>
        <w:ind w:left="6373"/>
      </w:pPr>
      <w:r>
        <w:rPr>
          <w:color w:val="000000"/>
          <w:sz w:val="19"/>
        </w:rPr>
        <w:t>(Elternteil 1/Unterschrift – Vor- und Nachname)</w:t>
      </w:r>
    </w:p>
    <w:p w14:paraId="3B2353BF" w14:textId="77777777" w:rsidR="00623C5B" w:rsidRDefault="00FD7DB5">
      <w:pPr>
        <w:widowControl w:val="0"/>
        <w:spacing w:before="219" w:line="258" w:lineRule="exact"/>
        <w:ind w:left="6373"/>
      </w:pPr>
      <w:r>
        <w:rPr>
          <w:color w:val="000000"/>
        </w:rPr>
        <w:t xml:space="preserve">…………………………………………… </w:t>
      </w:r>
    </w:p>
    <w:p w14:paraId="5550AC5D" w14:textId="77777777" w:rsidR="00623C5B" w:rsidRDefault="00FD7DB5">
      <w:pPr>
        <w:widowControl w:val="0"/>
        <w:spacing w:before="22" w:line="214" w:lineRule="exact"/>
        <w:ind w:left="6373"/>
      </w:pPr>
      <w:r>
        <w:rPr>
          <w:color w:val="000000"/>
          <w:sz w:val="19"/>
        </w:rPr>
        <w:t xml:space="preserve">(Elternteil 2/ Unterschrift – Vor- und Nachname) </w:t>
      </w:r>
    </w:p>
    <w:p w14:paraId="12F14DCB" w14:textId="77777777" w:rsidR="00623C5B" w:rsidRDefault="00FD7DB5">
      <w:pPr>
        <w:widowControl w:val="0"/>
        <w:spacing w:before="247" w:line="214" w:lineRule="exact"/>
        <w:ind w:left="6373"/>
      </w:pPr>
      <w:r>
        <w:rPr>
          <w:color w:val="000000"/>
          <w:sz w:val="19"/>
        </w:rPr>
        <w:t>Ggfs.</w:t>
      </w:r>
    </w:p>
    <w:p w14:paraId="4E422EB3" w14:textId="77777777" w:rsidR="00623C5B" w:rsidRDefault="00FD7DB5">
      <w:pPr>
        <w:widowControl w:val="0"/>
        <w:spacing w:before="219" w:line="258" w:lineRule="exact"/>
        <w:ind w:left="6373"/>
      </w:pPr>
      <w:r>
        <w:rPr>
          <w:color w:val="000000"/>
        </w:rPr>
        <w:t xml:space="preserve">…………………………………………… </w:t>
      </w:r>
    </w:p>
    <w:p w14:paraId="7DA6BDD3" w14:textId="18345EFA" w:rsidR="00623C5B" w:rsidRDefault="00FD7DB5" w:rsidP="00895300">
      <w:pPr>
        <w:widowControl w:val="0"/>
        <w:spacing w:before="18" w:line="258" w:lineRule="exact"/>
        <w:ind w:left="6373"/>
      </w:pPr>
      <w:r>
        <w:rPr>
          <w:color w:val="000000"/>
          <w:sz w:val="19"/>
        </w:rPr>
        <w:t>(Vormund/Vor- und Nachname</w:t>
      </w:r>
      <w:r>
        <w:rPr>
          <w:color w:val="000000"/>
        </w:rPr>
        <w:t xml:space="preserve">) </w:t>
      </w:r>
      <w:r>
        <w:rPr>
          <w:color w:val="000000"/>
          <w:sz w:val="19"/>
        </w:rPr>
        <w:t>(Unterschrift)</w:t>
      </w:r>
    </w:p>
    <w:p w14:paraId="00CD398C" w14:textId="77777777" w:rsidR="00623C5B" w:rsidRDefault="00FD7DB5">
      <w:pPr>
        <w:widowControl w:val="0"/>
        <w:spacing w:before="356" w:line="258" w:lineRule="exact"/>
        <w:ind w:left="3632"/>
      </w:pPr>
      <w:r>
        <w:rPr>
          <w:b/>
          <w:color w:val="000000"/>
        </w:rPr>
        <w:t xml:space="preserve">Hinweise zum Muster-Ausbildungsvertrag </w:t>
      </w:r>
    </w:p>
    <w:p w14:paraId="41E3EF9D" w14:textId="2D85A085" w:rsidR="00623C5B" w:rsidRPr="00FF2C82" w:rsidRDefault="00FD7DB5" w:rsidP="00895300">
      <w:pPr>
        <w:widowControl w:val="0"/>
        <w:spacing w:before="29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Die im Muster in schwarzer Schrift gehaltenen </w:t>
      </w:r>
      <w:proofErr w:type="spellStart"/>
      <w:r w:rsidRPr="00FF2C82">
        <w:rPr>
          <w:rFonts w:cs="Arial"/>
          <w:color w:val="000000"/>
          <w:sz w:val="22"/>
        </w:rPr>
        <w:t>Textpassagen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beinhalten</w:t>
      </w:r>
      <w:proofErr w:type="spellEnd"/>
      <w:r w:rsidRPr="00FF2C82">
        <w:rPr>
          <w:rFonts w:cs="Arial"/>
          <w:color w:val="000000"/>
          <w:sz w:val="22"/>
        </w:rPr>
        <w:t xml:space="preserve"> alle </w:t>
      </w:r>
      <w:proofErr w:type="spellStart"/>
      <w:r w:rsidRPr="00FF2C82">
        <w:rPr>
          <w:rFonts w:cs="Arial"/>
          <w:color w:val="000000"/>
          <w:sz w:val="22"/>
        </w:rPr>
        <w:t>Pflichtvorga</w:t>
      </w:r>
      <w:r w:rsidRPr="00FF2C82">
        <w:rPr>
          <w:rFonts w:cs="Arial"/>
          <w:color w:val="000000"/>
          <w:sz w:val="22"/>
        </w:rPr>
        <w:t>ben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zum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Vertragsinhalt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</w:t>
      </w:r>
      <w:proofErr w:type="spellEnd"/>
      <w:r w:rsidRPr="00FF2C82">
        <w:rPr>
          <w:rFonts w:cs="Arial"/>
          <w:color w:val="000000"/>
          <w:sz w:val="22"/>
        </w:rPr>
        <w:t xml:space="preserve"> § 11 BBiG, sie müssen inhaltlich </w:t>
      </w:r>
      <w:proofErr w:type="spellStart"/>
      <w:r w:rsidRPr="00FF2C82">
        <w:rPr>
          <w:rFonts w:cs="Arial"/>
          <w:color w:val="000000"/>
          <w:sz w:val="22"/>
        </w:rPr>
        <w:t>korrekt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aber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nicht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identisch</w:t>
      </w:r>
      <w:proofErr w:type="spellEnd"/>
      <w:r w:rsidR="00895300"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übernommen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werden</w:t>
      </w:r>
      <w:proofErr w:type="spellEnd"/>
      <w:r w:rsidRPr="00FF2C82">
        <w:rPr>
          <w:rFonts w:cs="Arial"/>
          <w:color w:val="000000"/>
          <w:sz w:val="22"/>
        </w:rPr>
        <w:t xml:space="preserve">.  </w:t>
      </w:r>
    </w:p>
    <w:p w14:paraId="07288E28" w14:textId="16ADCF9D" w:rsidR="00623C5B" w:rsidRPr="00FF2C82" w:rsidRDefault="00FD7DB5" w:rsidP="00895300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Ein sachlich und zeitlich über die gesamte </w:t>
      </w:r>
      <w:proofErr w:type="spellStart"/>
      <w:r w:rsidRPr="00FF2C82">
        <w:rPr>
          <w:rFonts w:cs="Arial"/>
          <w:color w:val="000000"/>
          <w:sz w:val="22"/>
        </w:rPr>
        <w:t>Ausbildungsdauer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festgelegter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Ausbildungsplan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ist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Bestandteil</w:t>
      </w:r>
      <w:proofErr w:type="spellEnd"/>
      <w:r w:rsidRPr="00FF2C82">
        <w:rPr>
          <w:rFonts w:cs="Arial"/>
          <w:color w:val="000000"/>
          <w:sz w:val="22"/>
        </w:rPr>
        <w:t xml:space="preserve"> des </w:t>
      </w:r>
      <w:proofErr w:type="spellStart"/>
      <w:r w:rsidRPr="00FF2C82">
        <w:rPr>
          <w:rFonts w:cs="Arial"/>
          <w:color w:val="000000"/>
          <w:sz w:val="22"/>
        </w:rPr>
        <w:t>Vertrages</w:t>
      </w:r>
      <w:proofErr w:type="spellEnd"/>
      <w:r w:rsidRPr="00FF2C82">
        <w:rPr>
          <w:rFonts w:cs="Arial"/>
          <w:color w:val="000000"/>
          <w:sz w:val="22"/>
        </w:rPr>
        <w:t xml:space="preserve">, wird daher mit beidseitiger </w:t>
      </w:r>
      <w:proofErr w:type="spellStart"/>
      <w:r w:rsidRPr="00FF2C82">
        <w:rPr>
          <w:rFonts w:cs="Arial"/>
          <w:color w:val="000000"/>
          <w:sz w:val="22"/>
        </w:rPr>
        <w:t>Vertragsunterschrift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bestätigt</w:t>
      </w:r>
      <w:proofErr w:type="spellEnd"/>
      <w:r w:rsidRPr="00FF2C82">
        <w:rPr>
          <w:rFonts w:cs="Arial"/>
          <w:color w:val="000000"/>
          <w:sz w:val="22"/>
        </w:rPr>
        <w:t xml:space="preserve"> und </w:t>
      </w:r>
      <w:r w:rsidRPr="00FF2C82">
        <w:rPr>
          <w:rFonts w:cs="Arial"/>
          <w:color w:val="000000"/>
          <w:sz w:val="22"/>
        </w:rPr>
        <w:t xml:space="preserve">muss </w:t>
      </w:r>
      <w:proofErr w:type="spellStart"/>
      <w:r w:rsidRPr="00FF2C82">
        <w:rPr>
          <w:rFonts w:cs="Arial"/>
          <w:color w:val="000000"/>
          <w:sz w:val="22"/>
        </w:rPr>
        <w:t>zeitgleich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mit</w:t>
      </w:r>
      <w:proofErr w:type="spellEnd"/>
      <w:r w:rsidRPr="00FF2C82">
        <w:rPr>
          <w:rFonts w:cs="Arial"/>
          <w:color w:val="000000"/>
          <w:sz w:val="22"/>
        </w:rPr>
        <w:t xml:space="preserve"> dem Vertrag ausgehändigt werden. </w:t>
      </w:r>
    </w:p>
    <w:p w14:paraId="3BB74675" w14:textId="25027E26" w:rsidR="00623C5B" w:rsidRPr="00FF2C82" w:rsidRDefault="00FD7DB5" w:rsidP="00895300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Neben einem BBiG-konformen Ausbildungsvertrag muss </w:t>
      </w:r>
      <w:proofErr w:type="spellStart"/>
      <w:r w:rsidRPr="00FF2C82">
        <w:rPr>
          <w:rFonts w:cs="Arial"/>
          <w:color w:val="000000"/>
          <w:sz w:val="22"/>
        </w:rPr>
        <w:t>keine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zusätzliche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Niederschrift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nach</w:t>
      </w:r>
      <w:proofErr w:type="spellEnd"/>
      <w:r w:rsidRPr="00FF2C82">
        <w:rPr>
          <w:rFonts w:cs="Arial"/>
          <w:color w:val="000000"/>
          <w:sz w:val="22"/>
        </w:rPr>
        <w:t xml:space="preserve"> dem </w:t>
      </w:r>
      <w:proofErr w:type="spellStart"/>
      <w:r w:rsidRPr="00FF2C82">
        <w:rPr>
          <w:rFonts w:cs="Arial"/>
          <w:color w:val="000000"/>
          <w:sz w:val="22"/>
        </w:rPr>
        <w:t>Nachweisgesetz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angefertigt</w:t>
      </w:r>
      <w:proofErr w:type="spellEnd"/>
      <w:r w:rsidRPr="00FF2C82">
        <w:rPr>
          <w:rFonts w:cs="Arial"/>
          <w:color w:val="000000"/>
          <w:sz w:val="22"/>
        </w:rPr>
        <w:t xml:space="preserve"> werden. </w:t>
      </w:r>
    </w:p>
    <w:p w14:paraId="0379B27A" w14:textId="14631376" w:rsidR="00623C5B" w:rsidRPr="00FF2C82" w:rsidRDefault="00FD7DB5" w:rsidP="00895300">
      <w:pPr>
        <w:widowControl w:val="0"/>
        <w:spacing w:before="290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Der Vertrag ist gegen ein </w:t>
      </w:r>
      <w:r w:rsidRPr="00FF2C82">
        <w:rPr>
          <w:rFonts w:cs="Arial"/>
          <w:b/>
          <w:color w:val="000000"/>
          <w:sz w:val="22"/>
        </w:rPr>
        <w:t>separates Empfangsbekenntnis</w:t>
      </w:r>
      <w:r w:rsidRPr="00FF2C82">
        <w:rPr>
          <w:rFonts w:cs="Arial"/>
          <w:color w:val="000000"/>
          <w:sz w:val="22"/>
        </w:rPr>
        <w:t xml:space="preserve"> (siehe Muster am Ende der </w:t>
      </w:r>
      <w:proofErr w:type="spellStart"/>
      <w:r w:rsidRPr="00FF2C82">
        <w:rPr>
          <w:rFonts w:cs="Arial"/>
          <w:color w:val="000000"/>
          <w:sz w:val="22"/>
        </w:rPr>
        <w:t>Hinweise</w:t>
      </w:r>
      <w:proofErr w:type="spellEnd"/>
      <w:r w:rsidRPr="00FF2C82">
        <w:rPr>
          <w:rFonts w:cs="Arial"/>
          <w:color w:val="000000"/>
          <w:sz w:val="22"/>
        </w:rPr>
        <w:t xml:space="preserve">) dem/der </w:t>
      </w:r>
      <w:proofErr w:type="spellStart"/>
      <w:r w:rsidRPr="00FF2C82">
        <w:rPr>
          <w:rFonts w:cs="Arial"/>
          <w:color w:val="000000"/>
          <w:sz w:val="22"/>
        </w:rPr>
        <w:t>Auszubildenden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sowie</w:t>
      </w:r>
      <w:proofErr w:type="spellEnd"/>
      <w:r w:rsidRPr="00FF2C82">
        <w:rPr>
          <w:rFonts w:cs="Arial"/>
          <w:color w:val="000000"/>
          <w:sz w:val="22"/>
        </w:rPr>
        <w:t xml:space="preserve"> ggfs. den </w:t>
      </w:r>
      <w:proofErr w:type="spellStart"/>
      <w:r w:rsidRPr="00FF2C82">
        <w:rPr>
          <w:rFonts w:cs="Arial"/>
          <w:color w:val="000000"/>
          <w:sz w:val="22"/>
        </w:rPr>
        <w:t>Erziehungsberechtigten</w:t>
      </w:r>
      <w:proofErr w:type="spellEnd"/>
      <w:r w:rsidRPr="00FF2C82">
        <w:rPr>
          <w:rFonts w:cs="Arial"/>
          <w:color w:val="000000"/>
          <w:sz w:val="22"/>
        </w:rPr>
        <w:t>/</w:t>
      </w:r>
      <w:proofErr w:type="spellStart"/>
      <w:r w:rsidRPr="00FF2C82">
        <w:rPr>
          <w:rFonts w:cs="Arial"/>
          <w:color w:val="000000"/>
          <w:sz w:val="22"/>
        </w:rPr>
        <w:t>Vormund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auszuhändigen</w:t>
      </w:r>
      <w:proofErr w:type="spellEnd"/>
      <w:r w:rsidRPr="00FF2C82">
        <w:rPr>
          <w:rFonts w:cs="Arial"/>
          <w:color w:val="000000"/>
          <w:sz w:val="22"/>
        </w:rPr>
        <w:t xml:space="preserve">.  </w:t>
      </w:r>
    </w:p>
    <w:p w14:paraId="030E44B8" w14:textId="1B651701" w:rsidR="00623C5B" w:rsidRPr="00FF2C82" w:rsidRDefault="00FD7DB5" w:rsidP="00895300">
      <w:pPr>
        <w:widowControl w:val="0"/>
        <w:spacing w:before="202" w:line="237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Hinweis: Der Empfang des Ausbildungsvertrages (der </w:t>
      </w:r>
      <w:proofErr w:type="spellStart"/>
      <w:r w:rsidRPr="00FF2C82">
        <w:rPr>
          <w:rFonts w:cs="Arial"/>
          <w:color w:val="000000"/>
          <w:sz w:val="22"/>
        </w:rPr>
        <w:t>Ausbildungsverträge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bei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minderjährigen</w:t>
      </w:r>
      <w:proofErr w:type="spellEnd"/>
      <w:r w:rsidR="00895300"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Auszubildenden</w:t>
      </w:r>
      <w:proofErr w:type="spellEnd"/>
      <w:r w:rsidRPr="00FF2C82">
        <w:rPr>
          <w:rFonts w:cs="Arial"/>
          <w:color w:val="000000"/>
          <w:sz w:val="22"/>
        </w:rPr>
        <w:t xml:space="preserve">) </w:t>
      </w:r>
      <w:proofErr w:type="spellStart"/>
      <w:r w:rsidRPr="00FF2C82">
        <w:rPr>
          <w:rFonts w:cs="Arial"/>
          <w:color w:val="000000"/>
          <w:sz w:val="22"/>
        </w:rPr>
        <w:t>kann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auch</w:t>
      </w:r>
      <w:proofErr w:type="spellEnd"/>
      <w:r w:rsidRPr="00FF2C82">
        <w:rPr>
          <w:rFonts w:cs="Arial"/>
          <w:color w:val="000000"/>
          <w:sz w:val="22"/>
        </w:rPr>
        <w:t xml:space="preserve"> per Mail </w:t>
      </w:r>
      <w:proofErr w:type="spellStart"/>
      <w:r w:rsidRPr="00FF2C82">
        <w:rPr>
          <w:rFonts w:cs="Arial"/>
          <w:color w:val="000000"/>
          <w:sz w:val="22"/>
        </w:rPr>
        <w:t>erfolgen</w:t>
      </w:r>
      <w:proofErr w:type="spellEnd"/>
      <w:r w:rsidRPr="00FF2C82">
        <w:rPr>
          <w:rFonts w:cs="Arial"/>
          <w:color w:val="000000"/>
          <w:sz w:val="22"/>
        </w:rPr>
        <w:t xml:space="preserve">. Hierbei müssen der </w:t>
      </w:r>
      <w:proofErr w:type="spellStart"/>
      <w:r w:rsidRPr="00FF2C82">
        <w:rPr>
          <w:rFonts w:cs="Arial"/>
          <w:color w:val="000000"/>
          <w:sz w:val="22"/>
        </w:rPr>
        <w:t>Absender</w:t>
      </w:r>
      <w:proofErr w:type="spellEnd"/>
      <w:r w:rsidRPr="00FF2C82">
        <w:rPr>
          <w:rFonts w:cs="Arial"/>
          <w:color w:val="000000"/>
          <w:sz w:val="22"/>
        </w:rPr>
        <w:t xml:space="preserve"> (</w:t>
      </w:r>
      <w:proofErr w:type="spellStart"/>
      <w:r w:rsidRPr="00FF2C82">
        <w:rPr>
          <w:rFonts w:cs="Arial"/>
          <w:color w:val="000000"/>
          <w:sz w:val="22"/>
        </w:rPr>
        <w:t>Vertragspartner</w:t>
      </w:r>
      <w:proofErr w:type="spellEnd"/>
      <w:r w:rsidRPr="00FF2C82">
        <w:rPr>
          <w:rFonts w:cs="Arial"/>
          <w:color w:val="000000"/>
          <w:sz w:val="22"/>
        </w:rPr>
        <w:t xml:space="preserve">), </w:t>
      </w:r>
      <w:r w:rsidRPr="00FF2C82">
        <w:rPr>
          <w:rFonts w:cs="Arial"/>
          <w:color w:val="000000"/>
          <w:sz w:val="22"/>
        </w:rPr>
        <w:t xml:space="preserve">der </w:t>
      </w:r>
      <w:proofErr w:type="spellStart"/>
      <w:r w:rsidRPr="00FF2C82">
        <w:rPr>
          <w:rFonts w:cs="Arial"/>
          <w:color w:val="000000"/>
          <w:sz w:val="22"/>
        </w:rPr>
        <w:t>Gegenstand</w:t>
      </w:r>
      <w:proofErr w:type="spellEnd"/>
      <w:r w:rsidRPr="00FF2C82">
        <w:rPr>
          <w:rFonts w:cs="Arial"/>
          <w:color w:val="000000"/>
          <w:sz w:val="22"/>
        </w:rPr>
        <w:t xml:space="preserve"> (</w:t>
      </w:r>
      <w:proofErr w:type="spellStart"/>
      <w:r w:rsidRPr="00FF2C82">
        <w:rPr>
          <w:rFonts w:cs="Arial"/>
          <w:color w:val="000000"/>
          <w:sz w:val="22"/>
        </w:rPr>
        <w:t>Ausbildungsvertrag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vom</w:t>
      </w:r>
      <w:proofErr w:type="spellEnd"/>
      <w:r w:rsidRPr="00FF2C82">
        <w:rPr>
          <w:rFonts w:cs="Arial"/>
          <w:color w:val="000000"/>
          <w:sz w:val="22"/>
        </w:rPr>
        <w:t xml:space="preserve"> xxx) sowie die Erklärung (habe ich am </w:t>
      </w:r>
      <w:proofErr w:type="spellStart"/>
      <w:r w:rsidRPr="00FF2C82">
        <w:rPr>
          <w:rFonts w:cs="Arial"/>
          <w:color w:val="000000"/>
          <w:sz w:val="22"/>
        </w:rPr>
        <w:t>xxxx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erhalten</w:t>
      </w:r>
      <w:proofErr w:type="spellEnd"/>
      <w:r w:rsidRPr="00FF2C82">
        <w:rPr>
          <w:rFonts w:cs="Arial"/>
          <w:color w:val="000000"/>
          <w:sz w:val="22"/>
        </w:rPr>
        <w:t xml:space="preserve">) </w:t>
      </w:r>
      <w:proofErr w:type="spellStart"/>
      <w:r w:rsidRPr="00FF2C82">
        <w:rPr>
          <w:rFonts w:cs="Arial"/>
          <w:color w:val="000000"/>
          <w:sz w:val="22"/>
        </w:rPr>
        <w:t>deutlich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erkennbar</w:t>
      </w:r>
      <w:proofErr w:type="spellEnd"/>
      <w:r w:rsidRPr="00FF2C82">
        <w:rPr>
          <w:rFonts w:cs="Arial"/>
          <w:color w:val="000000"/>
          <w:sz w:val="22"/>
        </w:rPr>
        <w:t xml:space="preserve"> sein. </w:t>
      </w:r>
    </w:p>
    <w:p w14:paraId="3C650AB2" w14:textId="1BF33262" w:rsidR="00623C5B" w:rsidRPr="00FF2C82" w:rsidRDefault="00FD7DB5" w:rsidP="00895300">
      <w:pPr>
        <w:widowControl w:val="0"/>
        <w:spacing w:before="290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Der Vertrag ist zeitnah nach Unterschrift, aber unbedingt vor Beginn der Ausbildung mit </w:t>
      </w:r>
      <w:r w:rsidRPr="00FF2C82">
        <w:rPr>
          <w:rFonts w:cs="Arial"/>
          <w:color w:val="000000"/>
          <w:sz w:val="22"/>
        </w:rPr>
        <w:t xml:space="preserve">dem/den Empfangsbekenntnis/-sen der Zuständigen Stelle BBiG zum </w:t>
      </w:r>
      <w:proofErr w:type="spellStart"/>
      <w:r w:rsidRPr="00FF2C82">
        <w:rPr>
          <w:rFonts w:cs="Arial"/>
          <w:color w:val="000000"/>
          <w:sz w:val="22"/>
        </w:rPr>
        <w:t>Eintrag</w:t>
      </w:r>
      <w:proofErr w:type="spellEnd"/>
      <w:r w:rsidRPr="00FF2C82">
        <w:rPr>
          <w:rFonts w:cs="Arial"/>
          <w:color w:val="000000"/>
          <w:sz w:val="22"/>
        </w:rPr>
        <w:t xml:space="preserve"> in das </w:t>
      </w:r>
      <w:proofErr w:type="spellStart"/>
      <w:r w:rsidRPr="00FF2C82">
        <w:rPr>
          <w:rFonts w:cs="Arial"/>
          <w:color w:val="000000"/>
          <w:sz w:val="22"/>
        </w:rPr>
        <w:t>Be</w:t>
      </w:r>
      <w:r w:rsidRPr="00FF2C82">
        <w:rPr>
          <w:rFonts w:cs="Arial"/>
          <w:color w:val="000000"/>
          <w:sz w:val="22"/>
        </w:rPr>
        <w:t>rufsausbildungsverzeichnis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über</w:t>
      </w:r>
      <w:proofErr w:type="spellEnd"/>
      <w:r w:rsidRPr="00FF2C82">
        <w:rPr>
          <w:rFonts w:cs="Arial"/>
          <w:color w:val="000000"/>
          <w:sz w:val="22"/>
        </w:rPr>
        <w:t xml:space="preserve"> das </w:t>
      </w:r>
      <w:proofErr w:type="spellStart"/>
      <w:r w:rsidRPr="00FF2C82">
        <w:rPr>
          <w:rFonts w:cs="Arial"/>
          <w:color w:val="000000"/>
          <w:sz w:val="22"/>
        </w:rPr>
        <w:t>Serviceporta</w:t>
      </w:r>
      <w:r w:rsidR="00895300" w:rsidRPr="00FF2C82">
        <w:rPr>
          <w:rFonts w:cs="Arial"/>
          <w:color w:val="000000"/>
          <w:sz w:val="22"/>
        </w:rPr>
        <w:t>l</w:t>
      </w:r>
      <w:proofErr w:type="spellEnd"/>
      <w:r w:rsidR="00895300" w:rsidRPr="00FF2C82">
        <w:rPr>
          <w:rFonts w:cs="Arial"/>
          <w:color w:val="000000"/>
          <w:sz w:val="22"/>
        </w:rPr>
        <w:t xml:space="preserve"> </w:t>
      </w:r>
      <w:hyperlink r:id="rId8" w:history="1">
        <w:r w:rsidR="00895300" w:rsidRPr="00FF2C82">
          <w:rPr>
            <w:rStyle w:val="Hyperlink"/>
            <w:rFonts w:cs="Arial"/>
            <w:sz w:val="22"/>
          </w:rPr>
          <w:t>https://hessendante.hessen.de/forms/findform?shortname=AzubisEintragung&amp;formtecid=3&amp;areashortname=RPGI</w:t>
        </w:r>
      </w:hyperlink>
      <w:r w:rsidR="00895300" w:rsidRPr="00FF2C82">
        <w:rPr>
          <w:rFonts w:cs="Arial"/>
          <w:color w:val="0563C1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einzureichen</w:t>
      </w:r>
      <w:proofErr w:type="spellEnd"/>
      <w:r w:rsidRPr="00FF2C82">
        <w:rPr>
          <w:rFonts w:cs="Arial"/>
          <w:color w:val="000000"/>
          <w:sz w:val="22"/>
        </w:rPr>
        <w:t xml:space="preserve">. Bei minderjährigen Auszubildenden </w:t>
      </w:r>
      <w:proofErr w:type="spellStart"/>
      <w:r w:rsidRPr="00FF2C82">
        <w:rPr>
          <w:rFonts w:cs="Arial"/>
          <w:color w:val="000000"/>
          <w:sz w:val="22"/>
        </w:rPr>
        <w:t>ist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zusätzlich</w:t>
      </w:r>
      <w:proofErr w:type="spellEnd"/>
      <w:r w:rsidRPr="00FF2C82">
        <w:rPr>
          <w:rFonts w:cs="Arial"/>
          <w:color w:val="000000"/>
          <w:sz w:val="22"/>
        </w:rPr>
        <w:t xml:space="preserve"> die </w:t>
      </w:r>
      <w:proofErr w:type="spellStart"/>
      <w:r w:rsidRPr="00FF2C82">
        <w:rPr>
          <w:rFonts w:cs="Arial"/>
          <w:color w:val="000000"/>
          <w:sz w:val="22"/>
        </w:rPr>
        <w:t>Beschei</w:t>
      </w:r>
      <w:r w:rsidRPr="00FF2C82">
        <w:rPr>
          <w:rFonts w:cs="Arial"/>
          <w:color w:val="000000"/>
          <w:sz w:val="22"/>
        </w:rPr>
        <w:t>nigung</w:t>
      </w:r>
      <w:proofErr w:type="spellEnd"/>
      <w:r w:rsidRPr="00FF2C82">
        <w:rPr>
          <w:rFonts w:cs="Arial"/>
          <w:color w:val="000000"/>
          <w:sz w:val="22"/>
        </w:rPr>
        <w:t xml:space="preserve"> de</w:t>
      </w:r>
      <w:r w:rsidR="00895300" w:rsidRPr="00FF2C82">
        <w:rPr>
          <w:rFonts w:cs="Arial"/>
          <w:color w:val="000000"/>
          <w:sz w:val="22"/>
        </w:rPr>
        <w:t xml:space="preserve">r </w:t>
      </w:r>
      <w:proofErr w:type="spellStart"/>
      <w:r w:rsidRPr="00FF2C82">
        <w:rPr>
          <w:rFonts w:cs="Arial"/>
          <w:color w:val="000000"/>
          <w:sz w:val="22"/>
        </w:rPr>
        <w:t>medizinischen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Erstuntersuchung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beizufügen</w:t>
      </w:r>
      <w:proofErr w:type="spellEnd"/>
      <w:r w:rsidRPr="00FF2C82">
        <w:rPr>
          <w:rFonts w:cs="Arial"/>
          <w:color w:val="000000"/>
          <w:sz w:val="22"/>
        </w:rPr>
        <w:t xml:space="preserve">. </w:t>
      </w:r>
    </w:p>
    <w:p w14:paraId="0B581C5E" w14:textId="77777777" w:rsidR="00623C5B" w:rsidRPr="00FF2C82" w:rsidRDefault="00FD7DB5" w:rsidP="00895300">
      <w:pPr>
        <w:widowControl w:val="0"/>
        <w:spacing w:before="294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1 </w:t>
      </w:r>
    </w:p>
    <w:p w14:paraId="46930D45" w14:textId="705C3293" w:rsidR="00623C5B" w:rsidRPr="00FF2C82" w:rsidRDefault="00FD7DB5" w:rsidP="00895300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Sind bei Vertragsabschluss mit Minderjährigen </w:t>
      </w:r>
      <w:proofErr w:type="spellStart"/>
      <w:r w:rsidRPr="00FF2C82">
        <w:rPr>
          <w:rFonts w:cs="Arial"/>
          <w:color w:val="000000"/>
          <w:sz w:val="22"/>
        </w:rPr>
        <w:t>beide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Elternteile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erziehungsberechtigt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müssen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beide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benannt</w:t>
      </w:r>
      <w:proofErr w:type="spellEnd"/>
      <w:r w:rsidRPr="00FF2C82">
        <w:rPr>
          <w:rFonts w:cs="Arial"/>
          <w:color w:val="000000"/>
          <w:sz w:val="22"/>
        </w:rPr>
        <w:t xml:space="preserve"> und beider Unterschriften eingeholt werden. Bei </w:t>
      </w:r>
      <w:proofErr w:type="spellStart"/>
      <w:r w:rsidRPr="00FF2C82">
        <w:rPr>
          <w:rFonts w:cs="Arial"/>
          <w:color w:val="000000"/>
          <w:sz w:val="22"/>
        </w:rPr>
        <w:t>einzelnen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Erzie</w:t>
      </w:r>
      <w:r w:rsidRPr="00FF2C82">
        <w:rPr>
          <w:rFonts w:cs="Arial"/>
          <w:color w:val="000000"/>
          <w:sz w:val="22"/>
        </w:rPr>
        <w:t>hungsberechtigten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sollte</w:t>
      </w:r>
      <w:proofErr w:type="spellEnd"/>
      <w:r w:rsidRPr="00FF2C82">
        <w:rPr>
          <w:rFonts w:cs="Arial"/>
          <w:color w:val="000000"/>
          <w:sz w:val="22"/>
        </w:rPr>
        <w:t xml:space="preserve"> der/die </w:t>
      </w:r>
      <w:proofErr w:type="spellStart"/>
      <w:r w:rsidRPr="00FF2C82">
        <w:rPr>
          <w:rFonts w:cs="Arial"/>
          <w:color w:val="000000"/>
          <w:sz w:val="22"/>
        </w:rPr>
        <w:t>Ausbildende</w:t>
      </w:r>
      <w:proofErr w:type="spellEnd"/>
      <w:r w:rsidRPr="00FF2C82">
        <w:rPr>
          <w:rFonts w:cs="Arial"/>
          <w:color w:val="000000"/>
          <w:sz w:val="22"/>
        </w:rPr>
        <w:t xml:space="preserve"> einen entsprechenden Nachweis einholen. </w:t>
      </w:r>
    </w:p>
    <w:p w14:paraId="1270FD3D" w14:textId="77777777" w:rsidR="00623C5B" w:rsidRPr="00FF2C82" w:rsidRDefault="00FD7DB5" w:rsidP="00895300">
      <w:pPr>
        <w:widowControl w:val="0"/>
        <w:spacing w:before="294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2 </w:t>
      </w:r>
    </w:p>
    <w:p w14:paraId="663FE171" w14:textId="3E7A11D5" w:rsidR="00623C5B" w:rsidRPr="00FF2C82" w:rsidRDefault="00FD7DB5" w:rsidP="00FF2C82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Bedingungen für die Wirksamkeit des Vertrages sind in der Regel die </w:t>
      </w:r>
      <w:proofErr w:type="spellStart"/>
      <w:r w:rsidRPr="00FF2C82">
        <w:rPr>
          <w:rFonts w:cs="Arial"/>
          <w:color w:val="000000"/>
          <w:sz w:val="22"/>
        </w:rPr>
        <w:t>Nachreichung</w:t>
      </w:r>
      <w:proofErr w:type="spellEnd"/>
      <w:r w:rsidRPr="00FF2C82">
        <w:rPr>
          <w:rFonts w:cs="Arial"/>
          <w:color w:val="000000"/>
          <w:sz w:val="22"/>
        </w:rPr>
        <w:t xml:space="preserve"> von</w:t>
      </w:r>
      <w:r w:rsid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vereinbarten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Unterlagen</w:t>
      </w:r>
      <w:proofErr w:type="spellEnd"/>
      <w:r w:rsidRPr="00FF2C82">
        <w:rPr>
          <w:rFonts w:cs="Arial"/>
          <w:color w:val="000000"/>
          <w:sz w:val="22"/>
        </w:rPr>
        <w:t xml:space="preserve"> (</w:t>
      </w:r>
      <w:proofErr w:type="spellStart"/>
      <w:r w:rsidRPr="00FF2C82">
        <w:rPr>
          <w:rFonts w:cs="Arial"/>
          <w:color w:val="000000"/>
          <w:sz w:val="22"/>
        </w:rPr>
        <w:t>Abschlusszeugnis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amtliches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Führungszeugnis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Aufenthaltstitel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Bescheinigung</w:t>
      </w:r>
      <w:proofErr w:type="spellEnd"/>
      <w:r w:rsidRPr="00FF2C82">
        <w:rPr>
          <w:rFonts w:cs="Arial"/>
          <w:color w:val="000000"/>
          <w:sz w:val="22"/>
        </w:rPr>
        <w:t xml:space="preserve"> der med. Erstuntersuchung nach dem JArbSchG, etc.) </w:t>
      </w:r>
    </w:p>
    <w:p w14:paraId="772E3B98" w14:textId="4B0BD2F2" w:rsidR="00623C5B" w:rsidRPr="00FF2C82" w:rsidRDefault="00FD7DB5" w:rsidP="00FF2C82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>Mit der Ausbildung zur/zum Verwaltungsfachangestellten stehen Bedingungen, wie z. B</w:t>
      </w:r>
      <w:r w:rsidR="00FF2C82" w:rsidRPr="00FF2C82">
        <w:rPr>
          <w:rFonts w:cs="Arial"/>
          <w:color w:val="000000"/>
          <w:sz w:val="22"/>
        </w:rPr>
        <w:t xml:space="preserve">. </w:t>
      </w:r>
      <w:r w:rsidRPr="00FF2C82">
        <w:rPr>
          <w:rFonts w:cs="Arial"/>
          <w:color w:val="000000"/>
          <w:sz w:val="22"/>
        </w:rPr>
        <w:t xml:space="preserve">die </w:t>
      </w:r>
      <w:proofErr w:type="spellStart"/>
      <w:r w:rsidRPr="00FF2C82">
        <w:rPr>
          <w:rFonts w:cs="Arial"/>
          <w:color w:val="000000"/>
          <w:sz w:val="22"/>
        </w:rPr>
        <w:t>Verpflichtung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einer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Impfung</w:t>
      </w:r>
      <w:proofErr w:type="spellEnd"/>
      <w:r w:rsidRPr="00FF2C82">
        <w:rPr>
          <w:rFonts w:cs="Arial"/>
          <w:color w:val="000000"/>
          <w:sz w:val="22"/>
        </w:rPr>
        <w:t xml:space="preserve"> oder der Beitritt zu einem örtlichen Verein in </w:t>
      </w:r>
      <w:proofErr w:type="spellStart"/>
      <w:r w:rsidRPr="00FF2C82">
        <w:rPr>
          <w:rFonts w:cs="Arial"/>
          <w:color w:val="000000"/>
          <w:sz w:val="22"/>
        </w:rPr>
        <w:t>keinem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Zusammenhang</w:t>
      </w:r>
      <w:proofErr w:type="spellEnd"/>
      <w:r w:rsidRPr="00FF2C82">
        <w:rPr>
          <w:rFonts w:cs="Arial"/>
          <w:color w:val="000000"/>
          <w:sz w:val="22"/>
        </w:rPr>
        <w:t xml:space="preserve">. Berufsfremde Bedingungen sind neben den Vorgaben des § 12 </w:t>
      </w:r>
      <w:proofErr w:type="spellStart"/>
      <w:r w:rsidRPr="00FF2C82">
        <w:rPr>
          <w:rFonts w:cs="Arial"/>
          <w:color w:val="000000"/>
          <w:sz w:val="22"/>
        </w:rPr>
        <w:t>BBiG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nichtig</w:t>
      </w:r>
      <w:proofErr w:type="spellEnd"/>
      <w:r w:rsidRPr="00FF2C82">
        <w:rPr>
          <w:rFonts w:cs="Arial"/>
          <w:color w:val="000000"/>
          <w:sz w:val="22"/>
        </w:rPr>
        <w:t xml:space="preserve">, die </w:t>
      </w:r>
      <w:proofErr w:type="spellStart"/>
      <w:r w:rsidRPr="00FF2C82">
        <w:rPr>
          <w:rFonts w:cs="Arial"/>
          <w:color w:val="000000"/>
          <w:sz w:val="22"/>
        </w:rPr>
        <w:t>weiteren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rechtlich</w:t>
      </w:r>
      <w:proofErr w:type="spellEnd"/>
      <w:r w:rsidRPr="00FF2C82">
        <w:rPr>
          <w:rFonts w:cs="Arial"/>
          <w:color w:val="000000"/>
          <w:sz w:val="22"/>
        </w:rPr>
        <w:t xml:space="preserve"> korrekten Vertragsinhalte behalten ihre Wirksamkeit. </w:t>
      </w:r>
    </w:p>
    <w:p w14:paraId="43B1372C" w14:textId="77777777" w:rsidR="00623C5B" w:rsidRPr="00FF2C82" w:rsidRDefault="00FD7DB5" w:rsidP="00895300">
      <w:pPr>
        <w:widowControl w:val="0"/>
        <w:spacing w:before="295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3 </w:t>
      </w:r>
    </w:p>
    <w:p w14:paraId="009E5DB1" w14:textId="77777777" w:rsidR="00623C5B" w:rsidRPr="00FF2C82" w:rsidRDefault="00FD7DB5" w:rsidP="00895300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Gemäß § 2 der VFA-Ausbildungsordnung beträgt die Ausbildungsdauer 36 Monate. </w:t>
      </w:r>
    </w:p>
    <w:p w14:paraId="7B9268BF" w14:textId="4400F4D3" w:rsidR="00623C5B" w:rsidRPr="00FF2C82" w:rsidRDefault="00FD7DB5" w:rsidP="00FF2C82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Nach §§ 7 und 8 BBiG ist bei einer geeigneten Vorbildung auf Antrag </w:t>
      </w:r>
      <w:proofErr w:type="spellStart"/>
      <w:r w:rsidRPr="00FF2C82">
        <w:rPr>
          <w:rFonts w:cs="Arial"/>
          <w:color w:val="000000"/>
          <w:sz w:val="22"/>
        </w:rPr>
        <w:t>bei</w:t>
      </w:r>
      <w:proofErr w:type="spellEnd"/>
      <w:r w:rsidRPr="00FF2C82">
        <w:rPr>
          <w:rFonts w:cs="Arial"/>
          <w:color w:val="000000"/>
          <w:sz w:val="22"/>
        </w:rPr>
        <w:t xml:space="preserve"> der </w:t>
      </w:r>
      <w:proofErr w:type="spellStart"/>
      <w:r w:rsidRPr="00FF2C82">
        <w:rPr>
          <w:rFonts w:cs="Arial"/>
          <w:color w:val="000000"/>
          <w:sz w:val="22"/>
        </w:rPr>
        <w:t>Zuständigen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r w:rsidRPr="00FF2C82">
        <w:rPr>
          <w:rFonts w:cs="Arial"/>
          <w:color w:val="000000"/>
          <w:sz w:val="22"/>
        </w:rPr>
        <w:t xml:space="preserve">Stelle </w:t>
      </w:r>
      <w:proofErr w:type="spellStart"/>
      <w:r w:rsidRPr="00FF2C82">
        <w:rPr>
          <w:rFonts w:cs="Arial"/>
          <w:color w:val="000000"/>
          <w:sz w:val="22"/>
        </w:rPr>
        <w:t>BBiG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eine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Verkürzung</w:t>
      </w:r>
      <w:proofErr w:type="spellEnd"/>
      <w:r w:rsidRPr="00FF2C82">
        <w:rPr>
          <w:rFonts w:cs="Arial"/>
          <w:color w:val="000000"/>
          <w:sz w:val="22"/>
        </w:rPr>
        <w:t xml:space="preserve"> der Ausbildungsdauer möglich. Der Antrag ist bis </w:t>
      </w:r>
      <w:proofErr w:type="spellStart"/>
      <w:r w:rsidRPr="00FF2C82">
        <w:rPr>
          <w:rFonts w:cs="Arial"/>
          <w:color w:val="000000"/>
          <w:sz w:val="22"/>
        </w:rPr>
        <w:t>zum</w:t>
      </w:r>
      <w:proofErr w:type="spellEnd"/>
      <w:r w:rsidRPr="00FF2C82">
        <w:rPr>
          <w:rFonts w:cs="Arial"/>
          <w:color w:val="000000"/>
          <w:sz w:val="22"/>
        </w:rPr>
        <w:t xml:space="preserve"> Ende </w:t>
      </w:r>
      <w:r w:rsidRPr="00FF2C82">
        <w:rPr>
          <w:rFonts w:cs="Arial"/>
          <w:color w:val="000000"/>
          <w:sz w:val="22"/>
        </w:rPr>
        <w:t xml:space="preserve">der </w:t>
      </w:r>
      <w:proofErr w:type="spellStart"/>
      <w:r w:rsidRPr="00FF2C82">
        <w:rPr>
          <w:rFonts w:cs="Arial"/>
          <w:color w:val="000000"/>
          <w:sz w:val="22"/>
        </w:rPr>
        <w:t>Probezeit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stellen</w:t>
      </w:r>
      <w:proofErr w:type="spellEnd"/>
      <w:r w:rsidRPr="00FF2C82">
        <w:rPr>
          <w:rFonts w:cs="Arial"/>
          <w:color w:val="000000"/>
          <w:sz w:val="22"/>
        </w:rPr>
        <w:t xml:space="preserve"> und bezieht sich in der Regel auf die Kürzung der </w:t>
      </w:r>
      <w:proofErr w:type="spellStart"/>
      <w:r w:rsidRPr="00FF2C82">
        <w:rPr>
          <w:rFonts w:cs="Arial"/>
          <w:color w:val="000000"/>
          <w:sz w:val="22"/>
        </w:rPr>
        <w:t>Inhalte</w:t>
      </w:r>
      <w:proofErr w:type="spellEnd"/>
      <w:r w:rsidRPr="00FF2C82">
        <w:rPr>
          <w:rFonts w:cs="Arial"/>
          <w:color w:val="000000"/>
          <w:sz w:val="22"/>
        </w:rPr>
        <w:t xml:space="preserve"> des </w:t>
      </w:r>
      <w:r w:rsidRPr="00FF2C82">
        <w:rPr>
          <w:rFonts w:cs="Arial"/>
          <w:color w:val="000000"/>
          <w:sz w:val="22"/>
        </w:rPr>
        <w:t xml:space="preserve">1. Ausbildungsjahres. Mit der Genehmigung ist </w:t>
      </w:r>
      <w:proofErr w:type="spellStart"/>
      <w:r w:rsidRPr="00FF2C82">
        <w:rPr>
          <w:rFonts w:cs="Arial"/>
          <w:color w:val="000000"/>
          <w:sz w:val="22"/>
        </w:rPr>
        <w:t>ein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bestehender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Ausbildungsvertrag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in</w:t>
      </w:r>
      <w:r w:rsidR="00FF2C82" w:rsidRPr="00FF2C82">
        <w:rPr>
          <w:rFonts w:cs="Arial"/>
          <w:color w:val="000000"/>
          <w:sz w:val="22"/>
        </w:rPr>
        <w:t>kl</w:t>
      </w:r>
      <w:proofErr w:type="spellEnd"/>
      <w:r w:rsidR="00FF2C82" w:rsidRPr="00FF2C82">
        <w:rPr>
          <w:rFonts w:cs="Arial"/>
          <w:color w:val="000000"/>
          <w:sz w:val="22"/>
        </w:rPr>
        <w:t xml:space="preserve">. </w:t>
      </w:r>
      <w:r w:rsidRPr="00FF2C82">
        <w:rPr>
          <w:rFonts w:cs="Arial"/>
          <w:color w:val="000000"/>
          <w:sz w:val="22"/>
        </w:rPr>
        <w:t xml:space="preserve">Plan,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ändern</w:t>
      </w:r>
      <w:proofErr w:type="spellEnd"/>
      <w:r w:rsidRPr="00FF2C82">
        <w:rPr>
          <w:rFonts w:cs="Arial"/>
          <w:color w:val="000000"/>
          <w:sz w:val="22"/>
        </w:rPr>
        <w:t xml:space="preserve"> und der Zuständigen Stelle BBiG </w:t>
      </w:r>
      <w:proofErr w:type="spellStart"/>
      <w:r w:rsidRPr="00FF2C82">
        <w:rPr>
          <w:rFonts w:cs="Arial"/>
          <w:color w:val="000000"/>
          <w:sz w:val="22"/>
        </w:rPr>
        <w:t>mit</w:t>
      </w:r>
      <w:proofErr w:type="spellEnd"/>
      <w:r w:rsidRPr="00FF2C82">
        <w:rPr>
          <w:rFonts w:cs="Arial"/>
          <w:color w:val="000000"/>
          <w:sz w:val="22"/>
        </w:rPr>
        <w:t xml:space="preserve"> dem/den </w:t>
      </w:r>
      <w:proofErr w:type="spellStart"/>
      <w:r w:rsidRPr="00FF2C82">
        <w:rPr>
          <w:rFonts w:cs="Arial"/>
          <w:color w:val="000000"/>
          <w:sz w:val="22"/>
        </w:rPr>
        <w:t>Empfangsbekenntnissen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vorzulegen</w:t>
      </w:r>
      <w:proofErr w:type="spellEnd"/>
      <w:r w:rsidRPr="00FF2C82">
        <w:rPr>
          <w:rFonts w:cs="Arial"/>
          <w:color w:val="000000"/>
          <w:sz w:val="22"/>
        </w:rPr>
        <w:t xml:space="preserve">. </w:t>
      </w:r>
    </w:p>
    <w:p w14:paraId="3AC95C93" w14:textId="77777777" w:rsidR="00623C5B" w:rsidRPr="00FF2C82" w:rsidRDefault="00FD7DB5" w:rsidP="00895300">
      <w:pPr>
        <w:ind w:left="1134"/>
        <w:rPr>
          <w:rFonts w:cs="Arial"/>
          <w:sz w:val="22"/>
        </w:rPr>
      </w:pPr>
      <w:r w:rsidRPr="00FF2C82">
        <w:rPr>
          <w:rFonts w:cs="Arial"/>
          <w:sz w:val="22"/>
        </w:rPr>
        <w:br w:type="page"/>
      </w:r>
    </w:p>
    <w:p w14:paraId="5ECD548D" w14:textId="6774B0D5" w:rsidR="00623C5B" w:rsidRPr="00FF2C82" w:rsidRDefault="00FD7DB5" w:rsidP="00FF2C82">
      <w:pPr>
        <w:widowControl w:val="0"/>
        <w:spacing w:before="635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Nach § 7 a BBiG ist die Ausbildung auch in Teilzeit möglich. Dies </w:t>
      </w:r>
      <w:proofErr w:type="spellStart"/>
      <w:r w:rsidRPr="00FF2C82">
        <w:rPr>
          <w:rFonts w:cs="Arial"/>
          <w:color w:val="000000"/>
          <w:sz w:val="22"/>
        </w:rPr>
        <w:t>ist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im</w:t>
      </w:r>
      <w:proofErr w:type="spellEnd"/>
      <w:r w:rsid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Vertrag</w:t>
      </w:r>
      <w:proofErr w:type="spellEnd"/>
      <w:r w:rsidR="00FF2C82">
        <w:rPr>
          <w:rFonts w:cs="Arial"/>
          <w:color w:val="000000"/>
          <w:sz w:val="22"/>
        </w:rPr>
        <w:t xml:space="preserve"> </w:t>
      </w:r>
      <w:r w:rsidRPr="00FF2C82">
        <w:rPr>
          <w:rFonts w:cs="Arial"/>
          <w:color w:val="000000"/>
          <w:sz w:val="22"/>
        </w:rPr>
        <w:t>/</w:t>
      </w:r>
      <w:r w:rsid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Ände</w:t>
      </w:r>
      <w:r w:rsidRPr="00FF2C82">
        <w:rPr>
          <w:rFonts w:cs="Arial"/>
          <w:color w:val="000000"/>
          <w:sz w:val="22"/>
        </w:rPr>
        <w:t>rungsvertrag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vereinbaren</w:t>
      </w:r>
      <w:proofErr w:type="spellEnd"/>
      <w:r w:rsidRPr="00FF2C82">
        <w:rPr>
          <w:rFonts w:cs="Arial"/>
          <w:color w:val="000000"/>
          <w:sz w:val="22"/>
        </w:rPr>
        <w:t xml:space="preserve">. Es ergibt sich bei der Teilzeitausbildung </w:t>
      </w:r>
      <w:proofErr w:type="spellStart"/>
      <w:r w:rsidRPr="00FF2C82">
        <w:rPr>
          <w:rFonts w:cs="Arial"/>
          <w:color w:val="000000"/>
          <w:sz w:val="22"/>
        </w:rPr>
        <w:t>immer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ein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neues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Ausbildungsende</w:t>
      </w:r>
      <w:proofErr w:type="spellEnd"/>
      <w:r w:rsidRPr="00FF2C82">
        <w:rPr>
          <w:rFonts w:cs="Arial"/>
          <w:color w:val="000000"/>
          <w:sz w:val="22"/>
        </w:rPr>
        <w:t>, da der %-</w:t>
      </w:r>
      <w:proofErr w:type="spellStart"/>
      <w:r w:rsidRPr="00FF2C82">
        <w:rPr>
          <w:rFonts w:cs="Arial"/>
          <w:color w:val="000000"/>
          <w:sz w:val="22"/>
        </w:rPr>
        <w:t>Anteil</w:t>
      </w:r>
      <w:proofErr w:type="spellEnd"/>
      <w:r w:rsidRPr="00FF2C82">
        <w:rPr>
          <w:rFonts w:cs="Arial"/>
          <w:color w:val="000000"/>
          <w:sz w:val="22"/>
        </w:rPr>
        <w:t xml:space="preserve"> der </w:t>
      </w:r>
      <w:proofErr w:type="spellStart"/>
      <w:r w:rsidRPr="00FF2C82">
        <w:rPr>
          <w:rFonts w:cs="Arial"/>
          <w:color w:val="000000"/>
          <w:sz w:val="22"/>
        </w:rPr>
        <w:t>täglich</w:t>
      </w:r>
      <w:proofErr w:type="spellEnd"/>
      <w:r w:rsidRPr="00FF2C82">
        <w:rPr>
          <w:rFonts w:cs="Arial"/>
          <w:color w:val="000000"/>
          <w:sz w:val="22"/>
        </w:rPr>
        <w:t>/</w:t>
      </w:r>
      <w:proofErr w:type="spellStart"/>
      <w:r w:rsidRPr="00FF2C82">
        <w:rPr>
          <w:rFonts w:cs="Arial"/>
          <w:color w:val="000000"/>
          <w:sz w:val="22"/>
        </w:rPr>
        <w:t>wöchentlich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verkürzten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Arbeitszeit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nachge</w:t>
      </w:r>
      <w:r w:rsidRPr="00FF2C82">
        <w:rPr>
          <w:rFonts w:cs="Arial"/>
          <w:color w:val="000000"/>
          <w:sz w:val="22"/>
        </w:rPr>
        <w:t>holt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werden</w:t>
      </w:r>
      <w:proofErr w:type="spellEnd"/>
      <w:r w:rsidRPr="00FF2C82">
        <w:rPr>
          <w:rFonts w:cs="Arial"/>
          <w:color w:val="000000"/>
          <w:sz w:val="22"/>
        </w:rPr>
        <w:t xml:space="preserve"> muss. Der Vertrag/Änderungsvertrag und das/die </w:t>
      </w:r>
      <w:proofErr w:type="spellStart"/>
      <w:r w:rsidRPr="00FF2C82">
        <w:rPr>
          <w:rFonts w:cs="Arial"/>
          <w:color w:val="000000"/>
          <w:sz w:val="22"/>
        </w:rPr>
        <w:t>zugehörigen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Empfangsbe</w:t>
      </w:r>
      <w:r w:rsidRPr="00FF2C82">
        <w:rPr>
          <w:rFonts w:cs="Arial"/>
          <w:color w:val="000000"/>
          <w:sz w:val="22"/>
        </w:rPr>
        <w:t>kenntnisse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sind</w:t>
      </w:r>
      <w:proofErr w:type="spellEnd"/>
      <w:r w:rsidRPr="00FF2C82">
        <w:rPr>
          <w:rFonts w:cs="Arial"/>
          <w:color w:val="000000"/>
          <w:sz w:val="22"/>
        </w:rPr>
        <w:t xml:space="preserve"> der </w:t>
      </w:r>
      <w:proofErr w:type="spellStart"/>
      <w:r w:rsidRPr="00FF2C82">
        <w:rPr>
          <w:rFonts w:cs="Arial"/>
          <w:color w:val="000000"/>
          <w:sz w:val="22"/>
        </w:rPr>
        <w:t>Zuständigen</w:t>
      </w:r>
      <w:proofErr w:type="spellEnd"/>
      <w:r w:rsidRPr="00FF2C82">
        <w:rPr>
          <w:rFonts w:cs="Arial"/>
          <w:color w:val="000000"/>
          <w:sz w:val="22"/>
        </w:rPr>
        <w:t xml:space="preserve"> Stelle BBiG vorzulegen. </w:t>
      </w:r>
    </w:p>
    <w:p w14:paraId="06317F4A" w14:textId="77777777" w:rsidR="00623C5B" w:rsidRPr="00FF2C82" w:rsidRDefault="00FD7DB5" w:rsidP="00895300">
      <w:pPr>
        <w:widowControl w:val="0"/>
        <w:spacing w:before="294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4 </w:t>
      </w:r>
    </w:p>
    <w:p w14:paraId="247E2786" w14:textId="561E6ED8" w:rsidR="00623C5B" w:rsidRPr="00FF2C82" w:rsidRDefault="00FD7DB5" w:rsidP="00FF2C82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Die Haupt-Ausbildungsstelle muss im Vertrag mit der Anschrift benannt werden. </w:t>
      </w:r>
      <w:proofErr w:type="gramStart"/>
      <w:r w:rsidRPr="00FF2C82">
        <w:rPr>
          <w:rFonts w:cs="Arial"/>
          <w:color w:val="000000"/>
          <w:sz w:val="22"/>
        </w:rPr>
        <w:t>An</w:t>
      </w:r>
      <w:proofErr w:type="gram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dieser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r w:rsidRPr="00FF2C82">
        <w:rPr>
          <w:rFonts w:cs="Arial"/>
          <w:color w:val="000000"/>
          <w:sz w:val="22"/>
        </w:rPr>
        <w:t xml:space="preserve">Stelle </w:t>
      </w:r>
      <w:proofErr w:type="spellStart"/>
      <w:r w:rsidRPr="00FF2C82">
        <w:rPr>
          <w:rFonts w:cs="Arial"/>
          <w:color w:val="000000"/>
          <w:sz w:val="22"/>
        </w:rPr>
        <w:t>ist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ein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deutlicher</w:t>
      </w:r>
      <w:proofErr w:type="spellEnd"/>
      <w:r w:rsidRPr="00FF2C82">
        <w:rPr>
          <w:rFonts w:cs="Arial"/>
          <w:color w:val="000000"/>
          <w:sz w:val="22"/>
        </w:rPr>
        <w:t xml:space="preserve"> Verweis auf Name und Anschrift im </w:t>
      </w:r>
      <w:proofErr w:type="spellStart"/>
      <w:r w:rsidRPr="00FF2C82">
        <w:rPr>
          <w:rFonts w:cs="Arial"/>
          <w:color w:val="000000"/>
          <w:sz w:val="22"/>
        </w:rPr>
        <w:t>Kopfteil</w:t>
      </w:r>
      <w:proofErr w:type="spellEnd"/>
      <w:r w:rsidRPr="00FF2C82">
        <w:rPr>
          <w:rFonts w:cs="Arial"/>
          <w:color w:val="000000"/>
          <w:sz w:val="22"/>
        </w:rPr>
        <w:t xml:space="preserve"> des </w:t>
      </w:r>
      <w:proofErr w:type="spellStart"/>
      <w:r w:rsidRPr="00FF2C82">
        <w:rPr>
          <w:rFonts w:cs="Arial"/>
          <w:color w:val="000000"/>
          <w:sz w:val="22"/>
        </w:rPr>
        <w:t>Vertrages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ausrei</w:t>
      </w:r>
      <w:r w:rsidRPr="00FF2C82">
        <w:rPr>
          <w:rFonts w:cs="Arial"/>
          <w:color w:val="000000"/>
          <w:sz w:val="22"/>
        </w:rPr>
        <w:t>chend</w:t>
      </w:r>
      <w:proofErr w:type="spellEnd"/>
      <w:r w:rsidRPr="00FF2C82">
        <w:rPr>
          <w:rFonts w:cs="Arial"/>
          <w:color w:val="000000"/>
          <w:sz w:val="22"/>
        </w:rPr>
        <w:t xml:space="preserve">.  </w:t>
      </w:r>
    </w:p>
    <w:p w14:paraId="3273B146" w14:textId="5107B73F" w:rsidR="00623C5B" w:rsidRPr="00FF2C82" w:rsidRDefault="00FD7DB5" w:rsidP="00FF2C82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Alle weiteren, im Ausbildungsplan vorgesehenen, örtlich von der </w:t>
      </w:r>
      <w:proofErr w:type="spellStart"/>
      <w:r w:rsidRPr="00FF2C82">
        <w:rPr>
          <w:rFonts w:cs="Arial"/>
          <w:color w:val="000000"/>
          <w:sz w:val="22"/>
        </w:rPr>
        <w:t>Anschrift</w:t>
      </w:r>
      <w:proofErr w:type="spellEnd"/>
      <w:r w:rsidRPr="00FF2C82">
        <w:rPr>
          <w:rFonts w:cs="Arial"/>
          <w:color w:val="000000"/>
          <w:sz w:val="22"/>
        </w:rPr>
        <w:t xml:space="preserve"> der Haupt-</w:t>
      </w:r>
      <w:proofErr w:type="spellStart"/>
      <w:r w:rsidRPr="00FF2C82">
        <w:rPr>
          <w:rFonts w:cs="Arial"/>
          <w:color w:val="000000"/>
          <w:sz w:val="22"/>
        </w:rPr>
        <w:t>Aus</w:t>
      </w:r>
      <w:r w:rsidRPr="00FF2C82">
        <w:rPr>
          <w:rFonts w:cs="Arial"/>
          <w:color w:val="000000"/>
          <w:sz w:val="22"/>
        </w:rPr>
        <w:t>bildungsstelle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abweichenden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Ausbildungsorte</w:t>
      </w:r>
      <w:proofErr w:type="spellEnd"/>
      <w:r w:rsidRPr="00FF2C82">
        <w:rPr>
          <w:rFonts w:cs="Arial"/>
          <w:color w:val="000000"/>
          <w:sz w:val="22"/>
        </w:rPr>
        <w:t xml:space="preserve"> der praktischen Ausbildung </w:t>
      </w:r>
      <w:proofErr w:type="spellStart"/>
      <w:r w:rsidRPr="00FF2C82">
        <w:rPr>
          <w:rFonts w:cs="Arial"/>
          <w:color w:val="000000"/>
          <w:sz w:val="22"/>
        </w:rPr>
        <w:t>müssen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hier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mit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Bezeichnung</w:t>
      </w:r>
      <w:proofErr w:type="spellEnd"/>
      <w:r w:rsidRPr="00FF2C82">
        <w:rPr>
          <w:rFonts w:cs="Arial"/>
          <w:color w:val="000000"/>
          <w:sz w:val="22"/>
        </w:rPr>
        <w:t xml:space="preserve"> und </w:t>
      </w:r>
      <w:proofErr w:type="spellStart"/>
      <w:r w:rsidRPr="00FF2C82">
        <w:rPr>
          <w:rFonts w:cs="Arial"/>
          <w:color w:val="000000"/>
          <w:sz w:val="22"/>
        </w:rPr>
        <w:t>Anschrift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aufgeführt</w:t>
      </w:r>
      <w:proofErr w:type="spellEnd"/>
      <w:r w:rsidRPr="00FF2C82">
        <w:rPr>
          <w:rFonts w:cs="Arial"/>
          <w:color w:val="000000"/>
          <w:sz w:val="22"/>
        </w:rPr>
        <w:t xml:space="preserve"> werden. </w:t>
      </w:r>
    </w:p>
    <w:p w14:paraId="1B64907D" w14:textId="77777777" w:rsidR="00623C5B" w:rsidRPr="00FF2C82" w:rsidRDefault="00FD7DB5" w:rsidP="00895300">
      <w:pPr>
        <w:widowControl w:val="0"/>
        <w:spacing w:before="295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5 </w:t>
      </w:r>
    </w:p>
    <w:p w14:paraId="39A6A37E" w14:textId="0B036995" w:rsidR="00623C5B" w:rsidRPr="00FF2C82" w:rsidRDefault="00FD7DB5" w:rsidP="00FF2C82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Der Ausbildungsnachweis ist von Beginn bis Ende der </w:t>
      </w:r>
      <w:proofErr w:type="spellStart"/>
      <w:r w:rsidRPr="00FF2C82">
        <w:rPr>
          <w:rFonts w:cs="Arial"/>
          <w:color w:val="000000"/>
          <w:sz w:val="22"/>
        </w:rPr>
        <w:t>vereinbarten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Ausbildungszeit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führen</w:t>
      </w:r>
      <w:proofErr w:type="spellEnd"/>
      <w:r w:rsidRPr="00FF2C82">
        <w:rPr>
          <w:rFonts w:cs="Arial"/>
          <w:color w:val="000000"/>
          <w:sz w:val="22"/>
        </w:rPr>
        <w:t xml:space="preserve"> und auf </w:t>
      </w:r>
      <w:proofErr w:type="spellStart"/>
      <w:r w:rsidRPr="00FF2C82">
        <w:rPr>
          <w:rFonts w:cs="Arial"/>
          <w:color w:val="000000"/>
          <w:sz w:val="22"/>
        </w:rPr>
        <w:t>Verlangen</w:t>
      </w:r>
      <w:proofErr w:type="spellEnd"/>
      <w:r w:rsidRPr="00FF2C82">
        <w:rPr>
          <w:rFonts w:cs="Arial"/>
          <w:color w:val="000000"/>
          <w:sz w:val="22"/>
        </w:rPr>
        <w:t xml:space="preserve"> der Zuständigen Stelle BBiG </w:t>
      </w:r>
      <w:proofErr w:type="spellStart"/>
      <w:r w:rsidRPr="00FF2C82">
        <w:rPr>
          <w:rFonts w:cs="Arial"/>
          <w:color w:val="000000"/>
          <w:sz w:val="22"/>
        </w:rPr>
        <w:t>oder</w:t>
      </w:r>
      <w:proofErr w:type="spellEnd"/>
      <w:r w:rsidRPr="00FF2C82">
        <w:rPr>
          <w:rFonts w:cs="Arial"/>
          <w:color w:val="000000"/>
          <w:sz w:val="22"/>
        </w:rPr>
        <w:t xml:space="preserve"> des </w:t>
      </w:r>
      <w:proofErr w:type="spellStart"/>
      <w:r w:rsidRPr="00FF2C82">
        <w:rPr>
          <w:rFonts w:cs="Arial"/>
          <w:color w:val="000000"/>
          <w:sz w:val="22"/>
        </w:rPr>
        <w:t>zuständigen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Prüfungs</w:t>
      </w:r>
      <w:r w:rsidRPr="00FF2C82">
        <w:rPr>
          <w:rFonts w:cs="Arial"/>
          <w:color w:val="000000"/>
          <w:sz w:val="22"/>
        </w:rPr>
        <w:t>ausschusses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diesen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vorzulegen</w:t>
      </w:r>
      <w:proofErr w:type="spellEnd"/>
      <w:r w:rsidRPr="00FF2C82">
        <w:rPr>
          <w:rFonts w:cs="Arial"/>
          <w:color w:val="000000"/>
          <w:sz w:val="22"/>
        </w:rPr>
        <w:t xml:space="preserve">. </w:t>
      </w:r>
    </w:p>
    <w:p w14:paraId="12E21F7A" w14:textId="1CF63EE4" w:rsidR="00623C5B" w:rsidRPr="00FF2C82" w:rsidRDefault="00FD7DB5" w:rsidP="00FF2C82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Er kann in pc-gestützter schriftlicher Form oder elektronisch mit </w:t>
      </w:r>
      <w:proofErr w:type="spellStart"/>
      <w:r w:rsidRPr="00FF2C82">
        <w:rPr>
          <w:rFonts w:cs="Arial"/>
          <w:color w:val="000000"/>
          <w:sz w:val="22"/>
        </w:rPr>
        <w:t>einer</w:t>
      </w:r>
      <w:proofErr w:type="spellEnd"/>
      <w:r w:rsidRPr="00FF2C82">
        <w:rPr>
          <w:rFonts w:cs="Arial"/>
          <w:color w:val="000000"/>
          <w:sz w:val="22"/>
        </w:rPr>
        <w:t xml:space="preserve"> Software </w:t>
      </w:r>
      <w:proofErr w:type="spellStart"/>
      <w:r w:rsidRPr="00FF2C82">
        <w:rPr>
          <w:rFonts w:cs="Arial"/>
          <w:color w:val="000000"/>
          <w:sz w:val="22"/>
        </w:rPr>
        <w:t>angefertigt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werden</w:t>
      </w:r>
      <w:proofErr w:type="spellEnd"/>
      <w:r w:rsidRPr="00FF2C82">
        <w:rPr>
          <w:rFonts w:cs="Arial"/>
          <w:color w:val="000000"/>
          <w:sz w:val="22"/>
        </w:rPr>
        <w:t xml:space="preserve">. Die gewählte/neu gewählte Form ist schriftlich zu vereinbaren. </w:t>
      </w:r>
    </w:p>
    <w:p w14:paraId="3286941A" w14:textId="2EADC3B1" w:rsidR="00623C5B" w:rsidRPr="00FF2C82" w:rsidRDefault="00FD7DB5" w:rsidP="00FF2C82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Der zuständige Berufsbildungsausschuss hat Regelungen zu Form und </w:t>
      </w:r>
      <w:proofErr w:type="spellStart"/>
      <w:r w:rsidRPr="00FF2C82">
        <w:rPr>
          <w:rFonts w:cs="Arial"/>
          <w:color w:val="000000"/>
          <w:sz w:val="22"/>
        </w:rPr>
        <w:t>Inhalt</w:t>
      </w:r>
      <w:proofErr w:type="spellEnd"/>
      <w:r w:rsidRPr="00FF2C82">
        <w:rPr>
          <w:rFonts w:cs="Arial"/>
          <w:color w:val="000000"/>
          <w:sz w:val="22"/>
        </w:rPr>
        <w:t xml:space="preserve"> des </w:t>
      </w:r>
      <w:proofErr w:type="spellStart"/>
      <w:r w:rsidRPr="00FF2C82">
        <w:rPr>
          <w:rFonts w:cs="Arial"/>
          <w:color w:val="000000"/>
          <w:sz w:val="22"/>
        </w:rPr>
        <w:t>Nach</w:t>
      </w:r>
      <w:r w:rsidRPr="00FF2C82">
        <w:rPr>
          <w:rFonts w:cs="Arial"/>
          <w:color w:val="000000"/>
          <w:sz w:val="22"/>
        </w:rPr>
        <w:t>weises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erlassen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informieren</w:t>
      </w:r>
      <w:proofErr w:type="spellEnd"/>
      <w:r w:rsidRPr="00FF2C82">
        <w:rPr>
          <w:rFonts w:cs="Arial"/>
          <w:color w:val="000000"/>
          <w:sz w:val="22"/>
        </w:rPr>
        <w:t xml:space="preserve"> Sie sich bitte unter </w:t>
      </w:r>
      <w:hyperlink r:id="rId9" w:history="1">
        <w:r w:rsidR="00FF2C82" w:rsidRPr="00FF2C82">
          <w:rPr>
            <w:rStyle w:val="Hyperlink"/>
            <w:rFonts w:cs="Arial"/>
            <w:sz w:val="22"/>
          </w:rPr>
          <w:t>https://rp-giessen.hessen.de/karriere/die-zustaendige-stelle/verwaltungsfachangestellte-r</w:t>
        </w:r>
      </w:hyperlink>
      <w:r w:rsidR="00FF2C82" w:rsidRPr="00FF2C82">
        <w:rPr>
          <w:rFonts w:cs="Arial"/>
          <w:color w:val="000000"/>
          <w:sz w:val="22"/>
        </w:rPr>
        <w:t xml:space="preserve"> </w:t>
      </w:r>
    </w:p>
    <w:p w14:paraId="6FEC6503" w14:textId="77777777" w:rsidR="00623C5B" w:rsidRPr="00FF2C82" w:rsidRDefault="00FD7DB5" w:rsidP="00895300">
      <w:pPr>
        <w:widowControl w:val="0"/>
        <w:spacing w:before="294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6 </w:t>
      </w:r>
    </w:p>
    <w:p w14:paraId="2CCC6A84" w14:textId="04C8F439" w:rsidR="00623C5B" w:rsidRPr="00FF2C82" w:rsidRDefault="00FD7DB5" w:rsidP="00FF2C82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Der Urlaubsanspruch wird immer für das Kalenderjahr und auf Basis des </w:t>
      </w:r>
      <w:proofErr w:type="spellStart"/>
      <w:r w:rsidRPr="00FF2C82">
        <w:rPr>
          <w:rFonts w:cs="Arial"/>
          <w:color w:val="000000"/>
          <w:sz w:val="22"/>
        </w:rPr>
        <w:t>im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Kalenderjahr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gültigen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tariflich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vereinbarten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Jahresanspruchs</w:t>
      </w:r>
      <w:proofErr w:type="spellEnd"/>
      <w:r w:rsidRPr="00FF2C82">
        <w:rPr>
          <w:rFonts w:cs="Arial"/>
          <w:color w:val="000000"/>
          <w:sz w:val="22"/>
        </w:rPr>
        <w:t xml:space="preserve"> berechnet.  </w:t>
      </w:r>
    </w:p>
    <w:p w14:paraId="7596CF00" w14:textId="2C4DF238" w:rsidR="00623C5B" w:rsidRPr="00FF2C82" w:rsidRDefault="00FD7DB5" w:rsidP="00FF2C82">
      <w:pPr>
        <w:widowControl w:val="0"/>
        <w:spacing w:before="200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Im 1. Ausbildungsjahr (regelmäßiger Beginn in der 2. Jahreshälfte) beträgt er 1/12 des </w:t>
      </w:r>
      <w:proofErr w:type="spellStart"/>
      <w:r w:rsidRPr="00FF2C82">
        <w:rPr>
          <w:rFonts w:cs="Arial"/>
          <w:color w:val="000000"/>
          <w:sz w:val="22"/>
        </w:rPr>
        <w:t>aktuellen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Jahresanspruches</w:t>
      </w:r>
      <w:proofErr w:type="spellEnd"/>
      <w:r w:rsidRPr="00FF2C82">
        <w:rPr>
          <w:rFonts w:cs="Arial"/>
          <w:color w:val="000000"/>
          <w:sz w:val="22"/>
        </w:rPr>
        <w:t xml:space="preserve"> x </w:t>
      </w:r>
      <w:proofErr w:type="spellStart"/>
      <w:r w:rsidRPr="00FF2C82">
        <w:rPr>
          <w:rFonts w:cs="Arial"/>
          <w:color w:val="000000"/>
          <w:sz w:val="22"/>
        </w:rPr>
        <w:t>Anzahl</w:t>
      </w:r>
      <w:proofErr w:type="spellEnd"/>
      <w:r w:rsidRPr="00FF2C82">
        <w:rPr>
          <w:rFonts w:cs="Arial"/>
          <w:color w:val="000000"/>
          <w:sz w:val="22"/>
        </w:rPr>
        <w:t xml:space="preserve"> der Ausbildungsmonate. </w:t>
      </w:r>
    </w:p>
    <w:p w14:paraId="5F7EC778" w14:textId="44048C50" w:rsidR="00623C5B" w:rsidRPr="00FF2C82" w:rsidRDefault="00FD7DB5" w:rsidP="00FF2C82">
      <w:pPr>
        <w:widowControl w:val="0"/>
        <w:spacing w:before="294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Im letzten Kalenderjahr (regelmäßiges Ende in der 2. Jahreshälfte) </w:t>
      </w:r>
      <w:proofErr w:type="spellStart"/>
      <w:r w:rsidRPr="00FF2C82">
        <w:rPr>
          <w:rFonts w:cs="Arial"/>
          <w:color w:val="000000"/>
          <w:sz w:val="22"/>
        </w:rPr>
        <w:t>beträgt</w:t>
      </w:r>
      <w:proofErr w:type="spellEnd"/>
      <w:r w:rsidRPr="00FF2C82">
        <w:rPr>
          <w:rFonts w:cs="Arial"/>
          <w:color w:val="000000"/>
          <w:sz w:val="22"/>
        </w:rPr>
        <w:t xml:space="preserve"> er </w:t>
      </w:r>
      <w:proofErr w:type="spellStart"/>
      <w:r w:rsidRPr="00FF2C82">
        <w:rPr>
          <w:rFonts w:cs="Arial"/>
          <w:color w:val="000000"/>
          <w:sz w:val="22"/>
        </w:rPr>
        <w:t>im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Umkehr</w:t>
      </w:r>
      <w:r w:rsidRPr="00FF2C82">
        <w:rPr>
          <w:rFonts w:cs="Arial"/>
          <w:color w:val="000000"/>
          <w:sz w:val="22"/>
        </w:rPr>
        <w:t>schluss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</w:t>
      </w:r>
      <w:proofErr w:type="spellEnd"/>
      <w:r w:rsidRPr="00FF2C82">
        <w:rPr>
          <w:rFonts w:cs="Arial"/>
          <w:color w:val="000000"/>
          <w:sz w:val="22"/>
        </w:rPr>
        <w:t xml:space="preserve"> § 5 Abs. 1 c BUrlG mind. 20 Ausbildungstage, d. h., es muss </w:t>
      </w:r>
      <w:proofErr w:type="spellStart"/>
      <w:r w:rsidRPr="00FF2C82">
        <w:rPr>
          <w:rFonts w:cs="Arial"/>
          <w:color w:val="000000"/>
          <w:sz w:val="22"/>
        </w:rPr>
        <w:t>eine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Gegenrech</w:t>
      </w:r>
      <w:r w:rsidRPr="00FF2C82">
        <w:rPr>
          <w:rFonts w:cs="Arial"/>
          <w:color w:val="000000"/>
          <w:sz w:val="22"/>
        </w:rPr>
        <w:t>nung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erfolgen</w:t>
      </w:r>
      <w:proofErr w:type="spellEnd"/>
      <w:r w:rsidRPr="00FF2C82">
        <w:rPr>
          <w:rFonts w:cs="Arial"/>
          <w:color w:val="000000"/>
          <w:sz w:val="22"/>
        </w:rPr>
        <w:t xml:space="preserve">, da </w:t>
      </w:r>
      <w:proofErr w:type="spellStart"/>
      <w:r w:rsidRPr="00FF2C82">
        <w:rPr>
          <w:rFonts w:cs="Arial"/>
          <w:color w:val="000000"/>
          <w:sz w:val="22"/>
        </w:rPr>
        <w:t>bereits</w:t>
      </w:r>
      <w:proofErr w:type="spellEnd"/>
      <w:r w:rsidRPr="00FF2C82">
        <w:rPr>
          <w:rFonts w:cs="Arial"/>
          <w:color w:val="000000"/>
          <w:sz w:val="22"/>
        </w:rPr>
        <w:t xml:space="preserve"> mit Vertragsende 31.08. über die 1/12-Rechnung (z. Bsp. 31/12 </w:t>
      </w:r>
      <w:r w:rsidRPr="00FF2C82">
        <w:rPr>
          <w:rFonts w:cs="Arial"/>
          <w:color w:val="000000"/>
          <w:sz w:val="22"/>
        </w:rPr>
        <w:t xml:space="preserve">x 8 = 20,66 Tage, aufgerundet nach § 5 Abs. 2 = 21 Tage) ein günstigerer Wert vorliegt. </w:t>
      </w:r>
    </w:p>
    <w:p w14:paraId="1DB730EB" w14:textId="77777777" w:rsidR="00623C5B" w:rsidRPr="00FF2C82" w:rsidRDefault="00FD7DB5" w:rsidP="00895300">
      <w:pPr>
        <w:widowControl w:val="0"/>
        <w:spacing w:before="203" w:line="258" w:lineRule="exact"/>
        <w:ind w:left="1134"/>
        <w:rPr>
          <w:rFonts w:cs="Arial"/>
          <w:b/>
          <w:bCs/>
          <w:sz w:val="22"/>
        </w:rPr>
      </w:pPr>
      <w:r w:rsidRPr="00FF2C82">
        <w:rPr>
          <w:rFonts w:cs="Arial"/>
          <w:b/>
          <w:bCs/>
          <w:color w:val="000000"/>
          <w:sz w:val="22"/>
        </w:rPr>
        <w:t xml:space="preserve">Zu Ziffer 7 </w:t>
      </w:r>
    </w:p>
    <w:p w14:paraId="258D21B0" w14:textId="1A12E175" w:rsidR="00623C5B" w:rsidRPr="00FF2C82" w:rsidRDefault="00FD7DB5" w:rsidP="00FF2C82">
      <w:pPr>
        <w:widowControl w:val="0"/>
        <w:spacing w:before="18" w:line="258" w:lineRule="exact"/>
        <w:ind w:left="1134"/>
        <w:rPr>
          <w:rFonts w:cs="Arial"/>
          <w:sz w:val="22"/>
        </w:rPr>
      </w:pPr>
      <w:r w:rsidRPr="00FF2C82">
        <w:rPr>
          <w:rFonts w:cs="Arial"/>
          <w:color w:val="000000"/>
          <w:sz w:val="22"/>
        </w:rPr>
        <w:t xml:space="preserve">Weitere Vertragsinhalte wie z. Bsp. die sogenannte „Salvatorische </w:t>
      </w:r>
      <w:proofErr w:type="spellStart"/>
      <w:r w:rsidRPr="00FF2C82">
        <w:rPr>
          <w:rFonts w:cs="Arial"/>
          <w:color w:val="000000"/>
          <w:sz w:val="22"/>
        </w:rPr>
        <w:t>Klausel</w:t>
      </w:r>
      <w:proofErr w:type="spellEnd"/>
      <w:r w:rsidRPr="00FF2C82">
        <w:rPr>
          <w:rFonts w:cs="Arial"/>
          <w:color w:val="000000"/>
          <w:sz w:val="22"/>
        </w:rPr>
        <w:t xml:space="preserve">“ </w:t>
      </w:r>
      <w:proofErr w:type="spellStart"/>
      <w:r w:rsidRPr="00FF2C82">
        <w:rPr>
          <w:rFonts w:cs="Arial"/>
          <w:color w:val="000000"/>
          <w:sz w:val="22"/>
        </w:rPr>
        <w:t>zur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Nichtigkeit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bzw</w:t>
      </w:r>
      <w:proofErr w:type="spellEnd"/>
      <w:r w:rsidRPr="00FF2C82">
        <w:rPr>
          <w:rFonts w:cs="Arial"/>
          <w:color w:val="000000"/>
          <w:sz w:val="22"/>
        </w:rPr>
        <w:t xml:space="preserve">. der Wirksamkeit anderer Vertragsbestandteile können aufgenommen werden. Ein </w:t>
      </w:r>
      <w:r w:rsidRPr="00FF2C82">
        <w:rPr>
          <w:rFonts w:cs="Arial"/>
          <w:color w:val="000000"/>
          <w:sz w:val="22"/>
        </w:rPr>
        <w:t xml:space="preserve">Passus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„</w:t>
      </w:r>
      <w:proofErr w:type="spellStart"/>
      <w:r w:rsidRPr="00FF2C82">
        <w:rPr>
          <w:rFonts w:cs="Arial"/>
          <w:color w:val="000000"/>
          <w:sz w:val="22"/>
        </w:rPr>
        <w:t>Nebenabreden</w:t>
      </w:r>
      <w:proofErr w:type="spellEnd"/>
      <w:r w:rsidRPr="00FF2C82">
        <w:rPr>
          <w:rFonts w:cs="Arial"/>
          <w:color w:val="000000"/>
          <w:sz w:val="22"/>
        </w:rPr>
        <w:t xml:space="preserve">“ </w:t>
      </w:r>
      <w:proofErr w:type="spellStart"/>
      <w:r w:rsidRPr="00FF2C82">
        <w:rPr>
          <w:rFonts w:cs="Arial"/>
          <w:color w:val="000000"/>
          <w:sz w:val="22"/>
        </w:rPr>
        <w:t>ist</w:t>
      </w:r>
      <w:proofErr w:type="spellEnd"/>
      <w:r w:rsidRPr="00FF2C82">
        <w:rPr>
          <w:rFonts w:cs="Arial"/>
          <w:color w:val="000000"/>
          <w:sz w:val="22"/>
        </w:rPr>
        <w:t xml:space="preserve"> allgemein nicht ausgeschlossen, aber hierzu </w:t>
      </w:r>
      <w:proofErr w:type="spellStart"/>
      <w:r w:rsidRPr="00FF2C82">
        <w:rPr>
          <w:rFonts w:cs="Arial"/>
          <w:color w:val="000000"/>
          <w:sz w:val="22"/>
        </w:rPr>
        <w:t>gibt</w:t>
      </w:r>
      <w:proofErr w:type="spellEnd"/>
      <w:r w:rsidRPr="00FF2C82">
        <w:rPr>
          <w:rFonts w:cs="Arial"/>
          <w:color w:val="000000"/>
          <w:sz w:val="22"/>
        </w:rPr>
        <w:t xml:space="preserve"> es </w:t>
      </w:r>
      <w:proofErr w:type="spellStart"/>
      <w:r w:rsidRPr="00FF2C82">
        <w:rPr>
          <w:rFonts w:cs="Arial"/>
          <w:color w:val="000000"/>
          <w:sz w:val="22"/>
        </w:rPr>
        <w:t>im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</w:t>
      </w:r>
      <w:r w:rsidRPr="00FF2C82">
        <w:rPr>
          <w:rFonts w:cs="Arial"/>
          <w:color w:val="000000"/>
          <w:sz w:val="22"/>
        </w:rPr>
        <w:t>ruf</w:t>
      </w:r>
      <w:proofErr w:type="spellEnd"/>
      <w:r w:rsidRPr="00FF2C82">
        <w:rPr>
          <w:rFonts w:cs="Arial"/>
          <w:color w:val="000000"/>
          <w:sz w:val="22"/>
        </w:rPr>
        <w:t xml:space="preserve"> der </w:t>
      </w:r>
      <w:proofErr w:type="spellStart"/>
      <w:r w:rsidRPr="00FF2C82">
        <w:rPr>
          <w:rFonts w:cs="Arial"/>
          <w:color w:val="000000"/>
          <w:sz w:val="22"/>
        </w:rPr>
        <w:t>Verwaltungsangestellten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bisher</w:t>
      </w:r>
      <w:proofErr w:type="spellEnd"/>
      <w:r w:rsidRPr="00FF2C82">
        <w:rPr>
          <w:rFonts w:cs="Arial"/>
          <w:color w:val="000000"/>
          <w:sz w:val="22"/>
        </w:rPr>
        <w:t xml:space="preserve"> keinerlei Erfahrungswerte, worum es </w:t>
      </w:r>
      <w:proofErr w:type="spellStart"/>
      <w:r w:rsidRPr="00FF2C82">
        <w:rPr>
          <w:rFonts w:cs="Arial"/>
          <w:color w:val="000000"/>
          <w:sz w:val="22"/>
        </w:rPr>
        <w:t>sich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handeln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könnte</w:t>
      </w:r>
      <w:proofErr w:type="spellEnd"/>
      <w:r w:rsidRPr="00FF2C82">
        <w:rPr>
          <w:rFonts w:cs="Arial"/>
          <w:color w:val="000000"/>
          <w:sz w:val="22"/>
        </w:rPr>
        <w:t xml:space="preserve">. Sollten ein Bedarf an Nebenabreden bestehen, sind </w:t>
      </w:r>
      <w:proofErr w:type="spellStart"/>
      <w:r w:rsidRPr="00FF2C82">
        <w:rPr>
          <w:rFonts w:cs="Arial"/>
          <w:color w:val="000000"/>
          <w:sz w:val="22"/>
        </w:rPr>
        <w:t>diese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konkret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schriftlich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aus</w:t>
      </w:r>
      <w:r w:rsidRPr="00FF2C82">
        <w:rPr>
          <w:rFonts w:cs="Arial"/>
          <w:color w:val="000000"/>
          <w:sz w:val="22"/>
        </w:rPr>
        <w:t>zuformulieren</w:t>
      </w:r>
      <w:proofErr w:type="spellEnd"/>
      <w:r w:rsidRPr="00FF2C82">
        <w:rPr>
          <w:rFonts w:cs="Arial"/>
          <w:color w:val="000000"/>
          <w:sz w:val="22"/>
        </w:rPr>
        <w:t xml:space="preserve">, </w:t>
      </w:r>
      <w:proofErr w:type="spellStart"/>
      <w:r w:rsidRPr="00FF2C82">
        <w:rPr>
          <w:rFonts w:cs="Arial"/>
          <w:color w:val="000000"/>
          <w:sz w:val="22"/>
        </w:rPr>
        <w:t>vertraglich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vereinbaren</w:t>
      </w:r>
      <w:proofErr w:type="spellEnd"/>
      <w:r w:rsidRPr="00FF2C82">
        <w:rPr>
          <w:rFonts w:cs="Arial"/>
          <w:color w:val="000000"/>
          <w:sz w:val="22"/>
        </w:rPr>
        <w:t xml:space="preserve"> und mit einer </w:t>
      </w:r>
      <w:proofErr w:type="spellStart"/>
      <w:r w:rsidRPr="00FF2C82">
        <w:rPr>
          <w:rFonts w:cs="Arial"/>
          <w:color w:val="000000"/>
          <w:sz w:val="22"/>
        </w:rPr>
        <w:t>separaten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Kündigungsklausel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zu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versehen</w:t>
      </w:r>
      <w:proofErr w:type="spellEnd"/>
      <w:r w:rsidRPr="00FF2C82">
        <w:rPr>
          <w:rFonts w:cs="Arial"/>
          <w:color w:val="000000"/>
          <w:sz w:val="22"/>
        </w:rPr>
        <w:t xml:space="preserve">. In diesem Fall empfehlen wir dringend, die </w:t>
      </w:r>
      <w:proofErr w:type="spellStart"/>
      <w:r w:rsidRPr="00FF2C82">
        <w:rPr>
          <w:rFonts w:cs="Arial"/>
          <w:color w:val="000000"/>
          <w:sz w:val="22"/>
        </w:rPr>
        <w:t>Rechtswirksamkeit</w:t>
      </w:r>
      <w:proofErr w:type="spellEnd"/>
      <w:r w:rsidRPr="00FF2C82">
        <w:rPr>
          <w:rFonts w:cs="Arial"/>
          <w:color w:val="000000"/>
          <w:sz w:val="22"/>
        </w:rPr>
        <w:t xml:space="preserve"> der </w:t>
      </w:r>
      <w:proofErr w:type="spellStart"/>
      <w:r w:rsidRPr="00FF2C82">
        <w:rPr>
          <w:rFonts w:cs="Arial"/>
          <w:color w:val="000000"/>
          <w:sz w:val="22"/>
        </w:rPr>
        <w:t>Nebenabrede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im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Vorfeld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juristisch</w:t>
      </w:r>
      <w:proofErr w:type="spellEnd"/>
      <w:r w:rsidRPr="00FF2C82">
        <w:rPr>
          <w:rFonts w:cs="Arial"/>
          <w:color w:val="000000"/>
          <w:sz w:val="22"/>
        </w:rPr>
        <w:t xml:space="preserve"> </w:t>
      </w:r>
      <w:proofErr w:type="spellStart"/>
      <w:r w:rsidRPr="00FF2C82">
        <w:rPr>
          <w:rFonts w:cs="Arial"/>
          <w:color w:val="000000"/>
          <w:sz w:val="22"/>
        </w:rPr>
        <w:t>beurteilen</w:t>
      </w:r>
      <w:proofErr w:type="spellEnd"/>
      <w:r w:rsidRPr="00FF2C82">
        <w:rPr>
          <w:rFonts w:cs="Arial"/>
          <w:color w:val="000000"/>
          <w:sz w:val="22"/>
        </w:rPr>
        <w:t xml:space="preserve"> zu lassen. </w:t>
      </w:r>
    </w:p>
    <w:p w14:paraId="32522B9D" w14:textId="77777777" w:rsidR="00623C5B" w:rsidRDefault="00FD7DB5">
      <w:r>
        <w:br w:type="page"/>
      </w:r>
    </w:p>
    <w:p w14:paraId="155FF53D" w14:textId="77777777" w:rsidR="00623C5B" w:rsidRDefault="00FD7DB5">
      <w:pPr>
        <w:widowControl w:val="0"/>
        <w:spacing w:before="356" w:line="258" w:lineRule="exact"/>
        <w:ind w:left="1277"/>
      </w:pPr>
      <w:r>
        <w:rPr>
          <w:b/>
          <w:color w:val="000000"/>
        </w:rPr>
        <w:t xml:space="preserve">Muster für ein Empfangsbekenntnis </w:t>
      </w:r>
    </w:p>
    <w:p w14:paraId="1D4FD86A" w14:textId="77777777" w:rsidR="00623C5B" w:rsidRDefault="00FD7DB5">
      <w:pPr>
        <w:widowControl w:val="0"/>
        <w:spacing w:before="205" w:line="237" w:lineRule="exact"/>
        <w:ind w:left="1277"/>
      </w:pPr>
      <w:r w:rsidRPr="00FF2C82">
        <w:rPr>
          <w:b/>
          <w:bCs/>
          <w:color w:val="000000"/>
          <w:sz w:val="22"/>
        </w:rPr>
        <w:t>Hinweis:</w:t>
      </w:r>
      <w:r>
        <w:rPr>
          <w:color w:val="000000"/>
          <w:sz w:val="22"/>
        </w:rPr>
        <w:t xml:space="preserve"> Rechtlich gibt es keine Formvorgabe, inhaltlich muss der empfangende Vertrags-</w:t>
      </w:r>
    </w:p>
    <w:p w14:paraId="1B2E1747" w14:textId="77777777" w:rsidR="00623C5B" w:rsidRDefault="00FD7DB5">
      <w:pPr>
        <w:widowControl w:val="0"/>
        <w:spacing w:before="17" w:line="237" w:lineRule="exact"/>
        <w:ind w:left="1277"/>
      </w:pPr>
      <w:r>
        <w:rPr>
          <w:color w:val="000000"/>
          <w:sz w:val="22"/>
        </w:rPr>
        <w:t>partner (Auszubildende bzw. Erziehungsberechtigte); der konkrete Vertrag und das Empfangs-</w:t>
      </w:r>
    </w:p>
    <w:p w14:paraId="523FBE2E" w14:textId="77777777" w:rsidR="00623C5B" w:rsidRDefault="00FD7DB5">
      <w:pPr>
        <w:widowControl w:val="0"/>
        <w:spacing w:before="15" w:line="237" w:lineRule="exact"/>
        <w:ind w:left="1277"/>
      </w:pPr>
      <w:r>
        <w:rPr>
          <w:color w:val="000000"/>
          <w:sz w:val="22"/>
        </w:rPr>
        <w:t xml:space="preserve">datum konkret benannt sein. Bei minderjährigen Auszubildenden kann diese unterschreibbare </w:t>
      </w:r>
    </w:p>
    <w:p w14:paraId="726FDE2C" w14:textId="77777777" w:rsidR="00623C5B" w:rsidRDefault="00FD7DB5">
      <w:pPr>
        <w:widowControl w:val="0"/>
        <w:spacing w:before="17" w:line="237" w:lineRule="exact"/>
        <w:ind w:left="1277"/>
      </w:pPr>
      <w:r>
        <w:rPr>
          <w:color w:val="000000"/>
          <w:sz w:val="22"/>
        </w:rPr>
        <w:t xml:space="preserve">Formularvariante auch um die Daten und Unterschriften für die Erziehungsberechtigten (ggfs. </w:t>
      </w:r>
    </w:p>
    <w:p w14:paraId="48AB3AAA" w14:textId="77777777" w:rsidR="00623C5B" w:rsidRDefault="00FD7DB5">
      <w:pPr>
        <w:widowControl w:val="0"/>
        <w:spacing w:before="15" w:line="237" w:lineRule="exact"/>
        <w:ind w:left="1277"/>
      </w:pPr>
      <w:r>
        <w:rPr>
          <w:color w:val="000000"/>
          <w:sz w:val="22"/>
        </w:rPr>
        <w:t xml:space="preserve">Vormund) ergänzt werden. </w:t>
      </w:r>
    </w:p>
    <w:p w14:paraId="6BF66F2F" w14:textId="77777777" w:rsidR="00623C5B" w:rsidRDefault="00FD7DB5">
      <w:pPr>
        <w:widowControl w:val="0"/>
        <w:spacing w:before="842" w:line="258" w:lineRule="exact"/>
        <w:ind w:left="1277"/>
      </w:pPr>
      <w:r>
        <w:rPr>
          <w:color w:val="000000"/>
        </w:rPr>
        <w:t xml:space="preserve">An </w:t>
      </w:r>
    </w:p>
    <w:p w14:paraId="68145FB3" w14:textId="77777777" w:rsidR="00623C5B" w:rsidRDefault="00FD7DB5">
      <w:pPr>
        <w:widowControl w:val="0"/>
        <w:spacing w:before="18" w:line="258" w:lineRule="exact"/>
        <w:ind w:left="1277"/>
      </w:pPr>
      <w:r>
        <w:rPr>
          <w:color w:val="000000"/>
        </w:rPr>
        <w:t xml:space="preserve">Anschrift der Ausbildungsbehörde </w:t>
      </w:r>
    </w:p>
    <w:p w14:paraId="70A83928" w14:textId="77777777" w:rsidR="00623C5B" w:rsidRDefault="00FD7DB5">
      <w:pPr>
        <w:widowControl w:val="0"/>
        <w:spacing w:before="842" w:line="258" w:lineRule="exact"/>
        <w:ind w:left="1277"/>
      </w:pPr>
      <w:r>
        <w:rPr>
          <w:b/>
          <w:color w:val="000000"/>
        </w:rPr>
        <w:t xml:space="preserve">Empfangsbescheinigung </w:t>
      </w:r>
    </w:p>
    <w:p w14:paraId="00A5994A" w14:textId="77777777" w:rsidR="00623C5B" w:rsidRDefault="00FD7DB5">
      <w:pPr>
        <w:widowControl w:val="0"/>
        <w:spacing w:before="574" w:line="258" w:lineRule="exact"/>
        <w:ind w:left="1277"/>
      </w:pPr>
      <w:r>
        <w:rPr>
          <w:color w:val="000000"/>
        </w:rPr>
        <w:t xml:space="preserve">Ich, _______________________________________ (Vor- und Nachname), habe den </w:t>
      </w:r>
    </w:p>
    <w:p w14:paraId="6BF652C5" w14:textId="77777777" w:rsidR="00623C5B" w:rsidRDefault="00FD7DB5">
      <w:pPr>
        <w:widowControl w:val="0"/>
        <w:spacing w:before="294" w:line="258" w:lineRule="exact"/>
        <w:ind w:left="1277"/>
      </w:pPr>
      <w:r>
        <w:rPr>
          <w:color w:val="000000"/>
        </w:rPr>
        <w:t xml:space="preserve">mit der/dem ___________________________________________ (Ausbildende/-r)  </w:t>
      </w:r>
    </w:p>
    <w:p w14:paraId="63D233D2" w14:textId="77777777" w:rsidR="00623C5B" w:rsidRDefault="00FD7DB5">
      <w:pPr>
        <w:widowControl w:val="0"/>
        <w:spacing w:before="294" w:line="258" w:lineRule="exact"/>
        <w:ind w:left="1277"/>
      </w:pPr>
      <w:r>
        <w:rPr>
          <w:color w:val="000000"/>
        </w:rPr>
        <w:t>am ____________________________ (Vertragsdatum) abgeschlossenen Ausbil-</w:t>
      </w:r>
    </w:p>
    <w:p w14:paraId="121AE605" w14:textId="77777777" w:rsidR="00623C5B" w:rsidRDefault="00FD7DB5">
      <w:pPr>
        <w:widowControl w:val="0"/>
        <w:spacing w:before="294" w:line="258" w:lineRule="exact"/>
        <w:ind w:left="1277"/>
      </w:pPr>
      <w:r>
        <w:rPr>
          <w:color w:val="000000"/>
        </w:rPr>
        <w:t xml:space="preserve">dungsvertrag zur Ausbildung im Berufsbild: Verwaltungsfachangestellte/-r  </w:t>
      </w:r>
    </w:p>
    <w:p w14:paraId="2CF7026B" w14:textId="77777777" w:rsidR="00623C5B" w:rsidRDefault="00FD7DB5">
      <w:pPr>
        <w:widowControl w:val="0"/>
        <w:spacing w:before="294" w:line="258" w:lineRule="exact"/>
        <w:ind w:left="1277"/>
      </w:pPr>
      <w:r>
        <w:rPr>
          <w:color w:val="000000"/>
        </w:rPr>
        <w:t xml:space="preserve">am __________________________________ (Aushändigungsdatum) ausgehändigt </w:t>
      </w:r>
    </w:p>
    <w:p w14:paraId="1B2489FB" w14:textId="77777777" w:rsidR="00623C5B" w:rsidRDefault="00FD7DB5">
      <w:pPr>
        <w:widowControl w:val="0"/>
        <w:spacing w:before="294" w:line="258" w:lineRule="exact"/>
        <w:ind w:left="1277"/>
      </w:pPr>
      <w:r>
        <w:rPr>
          <w:color w:val="000000"/>
        </w:rPr>
        <w:t xml:space="preserve">bekommen. </w:t>
      </w:r>
    </w:p>
    <w:p w14:paraId="63CE241E" w14:textId="77777777" w:rsidR="00623C5B" w:rsidRDefault="00FD7DB5">
      <w:pPr>
        <w:widowControl w:val="0"/>
        <w:spacing w:before="570" w:line="258" w:lineRule="exact"/>
        <w:ind w:left="1277"/>
      </w:pPr>
      <w:r>
        <w:rPr>
          <w:color w:val="000000"/>
        </w:rPr>
        <w:t xml:space="preserve">______________________________ </w:t>
      </w:r>
    </w:p>
    <w:p w14:paraId="764C8D1A" w14:textId="77777777" w:rsidR="00623C5B" w:rsidRDefault="00FD7DB5">
      <w:pPr>
        <w:widowControl w:val="0"/>
        <w:spacing w:before="18" w:line="258" w:lineRule="exact"/>
        <w:ind w:left="1277"/>
      </w:pPr>
      <w:r>
        <w:rPr>
          <w:color w:val="000000"/>
        </w:rPr>
        <w:t xml:space="preserve">Datum </w:t>
      </w:r>
    </w:p>
    <w:p w14:paraId="71CE2876" w14:textId="77777777" w:rsidR="00623C5B" w:rsidRDefault="00FD7DB5">
      <w:pPr>
        <w:widowControl w:val="0"/>
        <w:spacing w:before="570" w:line="258" w:lineRule="exact"/>
        <w:ind w:left="4753"/>
      </w:pPr>
      <w:r>
        <w:rPr>
          <w:color w:val="000000"/>
        </w:rPr>
        <w:t xml:space="preserve">___________________________________________ </w:t>
      </w:r>
    </w:p>
    <w:p w14:paraId="0CF32730" w14:textId="77777777" w:rsidR="00623C5B" w:rsidRDefault="00FD7DB5">
      <w:pPr>
        <w:widowControl w:val="0"/>
        <w:spacing w:before="18" w:line="258" w:lineRule="exact"/>
        <w:ind w:left="5271"/>
      </w:pPr>
      <w:r>
        <w:rPr>
          <w:color w:val="000000"/>
        </w:rPr>
        <w:t xml:space="preserve">Unterschrift </w:t>
      </w:r>
    </w:p>
    <w:p w14:paraId="67331AB3" w14:textId="77777777" w:rsidR="00623C5B" w:rsidRDefault="00FD7DB5">
      <w:pPr>
        <w:widowControl w:val="0"/>
        <w:spacing w:before="570" w:line="258" w:lineRule="exact"/>
        <w:ind w:left="1277"/>
      </w:pPr>
      <w:r>
        <w:rPr>
          <w:color w:val="000000"/>
        </w:rPr>
        <w:t xml:space="preserve">_____________________________________________________________________ </w:t>
      </w:r>
    </w:p>
    <w:p w14:paraId="2E94430F" w14:textId="77777777" w:rsidR="00623C5B" w:rsidRDefault="00FD7DB5">
      <w:pPr>
        <w:widowControl w:val="0"/>
        <w:spacing w:before="294" w:line="258" w:lineRule="exact"/>
        <w:ind w:left="1277"/>
      </w:pPr>
      <w:r>
        <w:rPr>
          <w:color w:val="000000"/>
        </w:rPr>
        <w:t xml:space="preserve">Bitte beachten Sie auch unsere weiteren Informationen zur Ausbildung und Prüfung auf </w:t>
      </w:r>
    </w:p>
    <w:p w14:paraId="08DD5DDC" w14:textId="77777777" w:rsidR="00623C5B" w:rsidRDefault="00FD7DB5">
      <w:pPr>
        <w:widowControl w:val="0"/>
        <w:spacing w:before="18" w:line="258" w:lineRule="exact"/>
        <w:ind w:left="1277"/>
      </w:pPr>
      <w:r>
        <w:rPr>
          <w:color w:val="000000"/>
        </w:rPr>
        <w:t xml:space="preserve">unserer o. g. Web-Seite. </w:t>
      </w:r>
    </w:p>
    <w:p w14:paraId="5121EBA2" w14:textId="1D59943A" w:rsidR="00FF2C82" w:rsidRPr="00FF2C82" w:rsidRDefault="00FD7DB5" w:rsidP="00FF2C82">
      <w:pPr>
        <w:widowControl w:val="0"/>
        <w:spacing w:before="295" w:line="360" w:lineRule="auto"/>
        <w:ind w:left="1277"/>
        <w:rPr>
          <w:color w:val="000000"/>
        </w:rPr>
      </w:pPr>
      <w:r>
        <w:rPr>
          <w:color w:val="000000"/>
        </w:rPr>
        <w:t xml:space="preserve">Mit freundlichen Grüßen </w:t>
      </w:r>
    </w:p>
    <w:p w14:paraId="092497E0" w14:textId="77777777" w:rsidR="00623C5B" w:rsidRDefault="00FD7DB5" w:rsidP="00FF2C82">
      <w:pPr>
        <w:widowControl w:val="0"/>
        <w:spacing w:before="18" w:line="360" w:lineRule="auto"/>
        <w:ind w:left="1277"/>
      </w:pPr>
      <w:r>
        <w:rPr>
          <w:color w:val="000000"/>
        </w:rPr>
        <w:t xml:space="preserve">Im Auftrag  </w:t>
      </w:r>
    </w:p>
    <w:p w14:paraId="5BE32B2A" w14:textId="77777777" w:rsidR="00623C5B" w:rsidRDefault="00FD7DB5">
      <w:pPr>
        <w:widowControl w:val="0"/>
        <w:spacing w:before="199" w:line="258" w:lineRule="exact"/>
        <w:ind w:left="1277"/>
      </w:pPr>
      <w:r>
        <w:rPr>
          <w:b/>
          <w:color w:val="000000"/>
        </w:rPr>
        <w:t xml:space="preserve">Ihr Team der Zuständigen Stelle BBiG </w:t>
      </w:r>
    </w:p>
    <w:p w14:paraId="34FBCC57" w14:textId="77777777" w:rsidR="00623C5B" w:rsidRDefault="00FD7DB5">
      <w:pPr>
        <w:widowControl w:val="0"/>
        <w:spacing w:before="23" w:line="237" w:lineRule="exact"/>
        <w:ind w:left="1277"/>
      </w:pPr>
      <w:r>
        <w:rPr>
          <w:color w:val="000000"/>
          <w:sz w:val="22"/>
        </w:rPr>
        <w:t xml:space="preserve">beim </w:t>
      </w:r>
    </w:p>
    <w:p w14:paraId="3ADAF687" w14:textId="77777777" w:rsidR="00623C5B" w:rsidRDefault="00FD7DB5">
      <w:pPr>
        <w:widowControl w:val="0"/>
        <w:spacing w:before="15" w:line="237" w:lineRule="exact"/>
        <w:ind w:left="1277"/>
      </w:pPr>
      <w:r>
        <w:rPr>
          <w:color w:val="000000"/>
          <w:sz w:val="22"/>
        </w:rPr>
        <w:t xml:space="preserve">Regierungspräsidium Gießen </w:t>
      </w:r>
    </w:p>
    <w:p w14:paraId="7D307979" w14:textId="77777777" w:rsidR="00623C5B" w:rsidRDefault="00FD7DB5">
      <w:pPr>
        <w:widowControl w:val="0"/>
        <w:spacing w:before="17" w:line="237" w:lineRule="exact"/>
        <w:ind w:left="1277"/>
      </w:pPr>
      <w:r>
        <w:rPr>
          <w:color w:val="000000"/>
          <w:sz w:val="22"/>
        </w:rPr>
        <w:t xml:space="preserve">Dezernat 22 </w:t>
      </w:r>
    </w:p>
    <w:p w14:paraId="47B10E65" w14:textId="77777777" w:rsidR="00623C5B" w:rsidRDefault="00FD7DB5">
      <w:pPr>
        <w:widowControl w:val="0"/>
        <w:spacing w:before="15" w:line="237" w:lineRule="exact"/>
        <w:ind w:left="1277"/>
      </w:pPr>
      <w:r>
        <w:rPr>
          <w:color w:val="000000"/>
          <w:sz w:val="22"/>
        </w:rPr>
        <w:t xml:space="preserve">Landgraf-Philipp-Platz 1 – 7 </w:t>
      </w:r>
    </w:p>
    <w:p w14:paraId="6E8200D8" w14:textId="77777777" w:rsidR="00623C5B" w:rsidRDefault="00FD7DB5">
      <w:pPr>
        <w:widowControl w:val="0"/>
        <w:spacing w:before="15" w:line="237" w:lineRule="exact"/>
        <w:ind w:left="1277"/>
      </w:pPr>
      <w:r>
        <w:rPr>
          <w:color w:val="000000"/>
          <w:sz w:val="22"/>
        </w:rPr>
        <w:t xml:space="preserve">35390 Gießen </w:t>
      </w:r>
    </w:p>
    <w:sectPr w:rsidR="00623C5B" w:rsidSect="00895300">
      <w:headerReference w:type="default" r:id="rId10"/>
      <w:pgSz w:w="11906" w:h="16838"/>
      <w:pgMar w:top="1134" w:right="1274" w:bottom="1134" w:left="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1C3A3" w14:textId="77777777" w:rsidR="00FD7DB5" w:rsidRDefault="00FD7DB5" w:rsidP="00CA2154">
      <w:pPr>
        <w:spacing w:line="240" w:lineRule="auto"/>
      </w:pPr>
      <w:r>
        <w:separator/>
      </w:r>
    </w:p>
  </w:endnote>
  <w:endnote w:type="continuationSeparator" w:id="0">
    <w:p w14:paraId="06ED026C" w14:textId="77777777" w:rsidR="00FD7DB5" w:rsidRDefault="00FD7DB5" w:rsidP="00CA21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E87E1" w14:textId="77777777" w:rsidR="00FD7DB5" w:rsidRDefault="00FD7DB5" w:rsidP="00CA2154">
      <w:pPr>
        <w:spacing w:line="240" w:lineRule="auto"/>
      </w:pPr>
      <w:r>
        <w:separator/>
      </w:r>
    </w:p>
  </w:footnote>
  <w:footnote w:type="continuationSeparator" w:id="0">
    <w:p w14:paraId="655B1B66" w14:textId="77777777" w:rsidR="00FD7DB5" w:rsidRDefault="00FD7DB5" w:rsidP="00CA21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E238" w14:textId="77777777" w:rsidR="00CA2154" w:rsidRDefault="00CA2154" w:rsidP="00CA2154">
    <w:pPr>
      <w:widowControl w:val="0"/>
      <w:spacing w:line="214" w:lineRule="exact"/>
      <w:ind w:left="1416"/>
    </w:pPr>
  </w:p>
  <w:p w14:paraId="106EE6F7" w14:textId="7F3364B1" w:rsidR="00CA2154" w:rsidRDefault="00CA2154" w:rsidP="00CA2154">
    <w:pPr>
      <w:widowControl w:val="0"/>
      <w:spacing w:line="214" w:lineRule="exact"/>
      <w:ind w:left="1416" w:right="1133"/>
      <w:jc w:val="right"/>
    </w:pPr>
    <w:r>
      <w:tab/>
    </w:r>
    <w:r>
      <w:rPr>
        <w:color w:val="000000"/>
        <w:sz w:val="19"/>
      </w:rPr>
      <w:t xml:space="preserve">Stand: </w:t>
    </w:r>
    <w:proofErr w:type="spellStart"/>
    <w:r>
      <w:rPr>
        <w:color w:val="000000"/>
        <w:sz w:val="19"/>
      </w:rPr>
      <w:t>Januar</w:t>
    </w:r>
    <w:proofErr w:type="spellEnd"/>
    <w:r>
      <w:rPr>
        <w:color w:val="000000"/>
        <w:sz w:val="19"/>
      </w:rPr>
      <w:t xml:space="preserve"> 2026 </w:t>
    </w:r>
  </w:p>
  <w:p w14:paraId="1C8C4B9E" w14:textId="099F3A58" w:rsidR="00CA2154" w:rsidRDefault="00CA21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6849077">
    <w:abstractNumId w:val="8"/>
  </w:num>
  <w:num w:numId="2" w16cid:durableId="1179467372">
    <w:abstractNumId w:val="6"/>
  </w:num>
  <w:num w:numId="3" w16cid:durableId="1844470260">
    <w:abstractNumId w:val="5"/>
  </w:num>
  <w:num w:numId="4" w16cid:durableId="1531802688">
    <w:abstractNumId w:val="4"/>
  </w:num>
  <w:num w:numId="5" w16cid:durableId="1345940794">
    <w:abstractNumId w:val="7"/>
  </w:num>
  <w:num w:numId="6" w16cid:durableId="1842771885">
    <w:abstractNumId w:val="3"/>
  </w:num>
  <w:num w:numId="7" w16cid:durableId="581721567">
    <w:abstractNumId w:val="2"/>
  </w:num>
  <w:num w:numId="8" w16cid:durableId="318194182">
    <w:abstractNumId w:val="1"/>
  </w:num>
  <w:num w:numId="9" w16cid:durableId="178889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B0C"/>
    <w:rsid w:val="0015074B"/>
    <w:rsid w:val="0029639D"/>
    <w:rsid w:val="00326F90"/>
    <w:rsid w:val="005C2669"/>
    <w:rsid w:val="00623C5B"/>
    <w:rsid w:val="00665D65"/>
    <w:rsid w:val="00895300"/>
    <w:rsid w:val="00AA1D8D"/>
    <w:rsid w:val="00B47730"/>
    <w:rsid w:val="00CA2154"/>
    <w:rsid w:val="00CB0664"/>
    <w:rsid w:val="00FC693F"/>
    <w:rsid w:val="00FD7DB5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5A825"/>
  <w14:defaultImageDpi w14:val="330"/>
  <w15:docId w15:val="{A0DF54F1-6E7D-4D7B-9813-BBD73234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89530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ssendante.hessen.de/forms/findform?shortname=AzubisEintragung&amp;formtecid=3&amp;areashortname=RPG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p-giessen.hessen.de/karriere/die-zustaendige-stelle/verwaltungsfachangestellte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2257</Words>
  <Characters>14225</Characters>
  <Application>Microsoft Office Word</Application>
  <DocSecurity>0</DocSecurity>
  <Lines>118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Sanchez, Heike (RPGI)</cp:lastModifiedBy>
  <cp:revision>2</cp:revision>
  <dcterms:created xsi:type="dcterms:W3CDTF">2026-10-27T12:44:00Z</dcterms:created>
  <dcterms:modified xsi:type="dcterms:W3CDTF">2026-10-27T12:44:00Z</dcterms:modified>
  <cp:category/>
</cp:coreProperties>
</file>